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※ 교육 영상 시연용 가상 자료</w:t>
      </w:r>
    </w:p>
    <w:p>
      <w:pPr>
        <w:pStyle w:val="Heading1"/>
      </w:pPr>
      <w:r>
        <w:t>미르전자(가명) 생산관리팀 — 용차 사용 메모</w:t>
      </w:r>
    </w:p>
    <w:p>
      <w:r>
        <w:t>한결물류 영업 담당 요청으로 정리. 정식 자료 아님, 담당자가 기억과 수첩으로 적은 것.</w:t>
      </w:r>
    </w:p>
    <w:p>
      <w:pPr>
        <w:pStyle w:val="ListBullet"/>
      </w:pPr>
      <w:r>
        <w:t>5월: 29번 불렀음. 1번에 16만 원 (5톤, 평택 협력사까지 편도 25km 정도).</w:t>
      </w:r>
    </w:p>
    <w:p>
      <w:pPr>
        <w:pStyle w:val="ListBullet"/>
      </w:pPr>
      <w:r>
        <w:t>6월: 31회. 단가 같음.</w:t>
      </w:r>
    </w:p>
    <w:p>
      <w:pPr>
        <w:pStyle w:val="ListBullet"/>
      </w:pPr>
      <w:r>
        <w:t>7월: 서른 번.</w:t>
      </w:r>
    </w:p>
    <w:p>
      <w:pPr>
        <w:pStyle w:val="ListBullet"/>
      </w:pPr>
      <w:r>
        <w:t>8월: 여름휴가 1주 있어서 28회.</w:t>
      </w:r>
    </w:p>
    <w:p>
      <w:pPr>
        <w:pStyle w:val="ListBullet"/>
      </w:pPr>
      <w:r>
        <w:t>9월: 30번 정도. 추석 연휴 전후로 몰림.</w:t>
      </w:r>
    </w:p>
    <w:p>
      <w:pPr>
        <w:pStyle w:val="ListBullet"/>
      </w:pPr>
      <w:r>
        <w:t>10월: 32회. 신규 모델 샘플 납품 때문에 조금 늘었음.</w:t>
      </w:r>
    </w:p>
    <w:p>
      <w:pPr>
        <w:pStyle w:val="ListBullet"/>
      </w:pPr>
      <w:r>
        <w:t>용차 단가는 올해 내내 1회 160,000원(부가세 별도). 급하게 부르면 2만 원 더 주는 때도 있었는데 몇 번인지는 모름.</w:t>
      </w:r>
    </w:p>
    <w:p>
      <w:pPr>
        <w:pStyle w:val="ListBullet"/>
      </w:pPr>
      <w:r>
        <w:t>배차는 생산관리팀 박 대리가 필요할 때 전화. 한 달에 6시간쯤 쓰는 듯.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