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한결물류</w:t>
      </w:r>
    </w:p>
    <w:p>
      <w:pPr>
        <w:pStyle w:val="Title"/>
      </w:pPr>
      <w:r>
        <w:t>가격 협상 카드 1 / 10</w:t>
      </w:r>
    </w:p>
    <w:p>
      <w:r>
        <w:t>가격 · 결과 예시</w:t>
      </w:r>
    </w:p>
    <w:p>
      <w:pPr>
        <w:pStyle w:val="Heading1"/>
      </w:pPr>
      <w:r>
        <w:t>«10% 깎아 주세요»</w:t>
      </w:r>
    </w:p>
    <w:p>
      <w:r>
        <w:t>묻기</w:t>
        <w:br/>
        <w:t>어느 조건 때문에 조정이 필요하세요?</w:t>
      </w:r>
    </w:p>
    <w:p>
      <w:r>
        <w:t>가치</w:t>
        <w:br/>
        <w:t>배차 화면으로 매일 전화 조율을 덜 수 있습니다.</w:t>
      </w:r>
    </w:p>
    <w:p>
      <w:r>
        <w:t>주고받기</w:t>
        <w:br/>
        <w:t>계약 기간을 늘리면 [ ]% 조정 검토 · 팀장 승인 후</w:t>
      </w:r>
    </w:p>
    <w:p>
      <w:r>
        <w:t>하면 안 되는 말</w:t>
        <w:br/>
        <w:t>일단 10% 빼 드릴게요</w:t>
      </w:r>
    </w:p>
    <w:p>
      <w:r>
        <w:t>숫자는 예시입니다. 할인율은 팀장 승인 뒤 직접 정합니다.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2 / 10</w:t>
      </w:r>
    </w:p>
    <w:p>
      <w:r>
        <w:t>경쟁사 · 결과 예시</w:t>
      </w:r>
    </w:p>
    <w:p>
      <w:pPr>
        <w:pStyle w:val="Heading1"/>
      </w:pPr>
      <w:r>
        <w:t>«경쟁사보다 15% 비싸요»</w:t>
      </w:r>
    </w:p>
    <w:p>
      <w:r>
        <w:t>묻기</w:t>
        <w:br/>
        <w:t>그 견적에도 배차 관리가 들어 있나요?</w:t>
      </w:r>
    </w:p>
    <w:p>
      <w:r>
        <w:t>가치</w:t>
        <w:br/>
        <w:t>배차 화면과 매주 결과 보고를 함께 제안했습니다.</w:t>
      </w:r>
    </w:p>
    <w:p>
      <w:r>
        <w:t>주고받기</w:t>
        <w:br/>
        <w:t>같은 제공 범위로 비교한 뒤 조건 검토 · 팀장 승인 후</w:t>
      </w:r>
    </w:p>
    <w:p>
      <w:r>
        <w:t>하면 안 되는 말</w:t>
        <w:br/>
        <w:t>경쟁사는 배차 관리를 안 해요</w:t>
      </w:r>
    </w:p>
    <w:p>
      <w:r>
        <w:t>확인 필요: 경쟁사 배차 관리 포함 여부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3 / 10</w:t>
      </w:r>
    </w:p>
    <w:p>
      <w:r>
        <w:t>가격 · 결과 예시</w:t>
      </w:r>
    </w:p>
    <w:p>
      <w:pPr>
        <w:pStyle w:val="Heading1"/>
      </w:pPr>
      <w:r>
        <w:t>«진단이 무료면 운송도 싸야죠»</w:t>
      </w:r>
    </w:p>
    <w:p>
      <w:r>
        <w:t>묻기</w:t>
        <w:br/>
        <w:t>무료 진단과 운송 조건을 나눠 볼까요?</w:t>
      </w:r>
    </w:p>
    <w:p>
      <w:r>
        <w:t>가치</w:t>
        <w:br/>
        <w:t>2주 진단 뒤 3개월 시범 운영으로 결과를 봅니다.</w:t>
      </w:r>
    </w:p>
    <w:p>
      <w:r>
        <w:t>주고받기</w:t>
        <w:br/>
        <w:t>진단 결과를 보고 운영 범위와 금액 별도 협의</w:t>
      </w:r>
    </w:p>
    <w:p>
      <w:r>
        <w:t>하면 안 되는 말</w:t>
        <w:br/>
        <w:t>무료니까 나머지도 다 해 드릴게요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4 / 10</w:t>
      </w:r>
    </w:p>
    <w:p>
      <w:r>
        <w:t>윗선·구매팀 · 결과 예시</w:t>
      </w:r>
    </w:p>
    <w:p>
      <w:pPr>
        <w:pStyle w:val="Heading1"/>
      </w:pPr>
      <w:r>
        <w:t>«구매팀은 제일 싼 곳만 봐요»</w:t>
      </w:r>
    </w:p>
    <w:p>
      <w:r>
        <w:t>묻기</w:t>
        <w:br/>
        <w:t>구매팀이 비교하는 항목이 무엇인가요?</w:t>
      </w:r>
    </w:p>
    <w:p>
      <w:r>
        <w:t>가치</w:t>
        <w:br/>
        <w:t>배차 화면과 매주 보고를 비교 항목에 넣을 수 있습니다.</w:t>
      </w:r>
    </w:p>
    <w:p>
      <w:r>
        <w:t>주고받기</w:t>
        <w:br/>
        <w:t>구매팀과 제공 범위를 함께 맞춰 본 뒤 조건 협의</w:t>
      </w:r>
    </w:p>
    <w:p>
      <w:r>
        <w:t>하면 안 되는 말</w:t>
        <w:br/>
        <w:t>구매팀은 현장을 모르시네요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5 / 10</w:t>
      </w:r>
    </w:p>
    <w:p>
      <w:r>
        <w:t>윗선·구매팀 · 결과 예시</w:t>
      </w:r>
    </w:p>
    <w:p>
      <w:pPr>
        <w:pStyle w:val="Heading1"/>
      </w:pPr>
      <w:r>
        <w:t>«윗선에 설명할 근거가 없어요»</w:t>
      </w:r>
    </w:p>
    <w:p>
      <w:r>
        <w:t>묻기</w:t>
        <w:br/>
        <w:t>윗선에서 가장 궁금해하는 점이 뭔가요?</w:t>
      </w:r>
    </w:p>
    <w:p>
      <w:r>
        <w:t>가치</w:t>
        <w:br/>
        <w:t>3개월 시범 운영 결과를 보고 판단할 수 있습니다.</w:t>
      </w:r>
    </w:p>
    <w:p>
      <w:r>
        <w:t>주고받기</w:t>
        <w:br/>
        <w:t>시범 운영에서 볼 항목을 먼저 함께 정하기</w:t>
      </w:r>
    </w:p>
    <w:p>
      <w:r>
        <w:t>하면 안 되는 말</w:t>
        <w:br/>
        <w:t>무조건 비용이 줄어듭니다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6 / 10</w:t>
      </w:r>
    </w:p>
    <w:p>
      <w:r>
        <w:t>경쟁사 · 결과 예시</w:t>
      </w:r>
    </w:p>
    <w:p>
      <w:pPr>
        <w:pStyle w:val="Heading1"/>
      </w:pPr>
      <w:r>
        <w:t>«경쟁사도 똑같이 해 준대요»</w:t>
      </w:r>
    </w:p>
    <w:p>
      <w:r>
        <w:t>묻기</w:t>
        <w:br/>
        <w:t>배차 화면과 매주 보고도 같은 조건인가요?</w:t>
      </w:r>
    </w:p>
    <w:p>
      <w:r>
        <w:t>가치</w:t>
        <w:br/>
        <w:t>제안에 포함된 항목을 하나씩 비교할 수 있습니다.</w:t>
      </w:r>
    </w:p>
    <w:p>
      <w:r>
        <w:t>주고받기</w:t>
        <w:br/>
        <w:t>양쪽 견적의 포함 범위를 확인한 뒤 다시 협의</w:t>
      </w:r>
    </w:p>
    <w:p>
      <w:r>
        <w:t>하면 안 되는 말</w:t>
        <w:br/>
        <w:t>저희가 무조건 더 좋습니다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7 / 10</w:t>
      </w:r>
    </w:p>
    <w:p>
      <w:r>
        <w:t>시기 · 결과 예시</w:t>
      </w:r>
    </w:p>
    <w:p>
      <w:pPr>
        <w:pStyle w:val="Heading1"/>
      </w:pPr>
      <w:r>
        <w:t>«시범 운영도 시작이 부담돼요»</w:t>
      </w:r>
    </w:p>
    <w:p>
      <w:r>
        <w:t>묻기</w:t>
        <w:br/>
        <w:t>시작할 때 가장 부담되는 일이 뭔가요?</w:t>
      </w:r>
    </w:p>
    <w:p>
      <w:r>
        <w:t>가치</w:t>
        <w:br/>
        <w:t>2주 동선 진단으로 먼저 운영 상황을 살펴봅니다.</w:t>
      </w:r>
    </w:p>
    <w:p>
      <w:r>
        <w:t>주고받기</w:t>
        <w:br/>
        <w:t>진단 뒤 시작 범위와 일정을 함께 정하기</w:t>
      </w:r>
    </w:p>
    <w:p>
      <w:r>
        <w:t>하면 안 되는 말</w:t>
        <w:br/>
        <w:t>시작만 하면 다 해결돼요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8 / 10</w:t>
      </w:r>
    </w:p>
    <w:p>
      <w:r>
        <w:t>시기 · 결과 예시</w:t>
      </w:r>
    </w:p>
    <w:p>
      <w:pPr>
        <w:pStyle w:val="Heading1"/>
      </w:pPr>
      <w:r>
        <w:t>«내년에 다시 이야기하죠»</w:t>
      </w:r>
    </w:p>
    <w:p>
      <w:r>
        <w:t>묻기</w:t>
        <w:br/>
        <w:t>미루는 이유가 예산인가요, 일정인가요?</w:t>
      </w:r>
    </w:p>
    <w:p>
      <w:r>
        <w:t>가치</w:t>
        <w:br/>
        <w:t>시범 운영 결과를 보고 이후 진행을 정할 수 있습니다.</w:t>
      </w:r>
    </w:p>
    <w:p>
      <w:r>
        <w:t>주고받기</w:t>
        <w:br/>
        <w:t>다시 논의할 날짜와 그때 볼 자료를 먼저 정하기</w:t>
      </w:r>
    </w:p>
    <w:p>
      <w:r>
        <w:t>하면 안 되는 말</w:t>
        <w:br/>
        <w:t>오늘 결정하셔야 합니다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9 / 10</w:t>
      </w:r>
    </w:p>
    <w:p>
      <w:r>
        <w:t>가격 · 결과 예시</w:t>
      </w:r>
    </w:p>
    <w:p>
      <w:pPr>
        <w:pStyle w:val="Heading1"/>
      </w:pPr>
      <w:r>
        <w:t>«물량이 늘면 더 깎아 주세요»</w:t>
      </w:r>
    </w:p>
    <w:p>
      <w:r>
        <w:t>묻기</w:t>
        <w:br/>
        <w:t>확정 가능한 물량과 기간이 어느 정도인가요?</w:t>
      </w:r>
    </w:p>
    <w:p>
      <w:r>
        <w:t>가치</w:t>
        <w:br/>
        <w:t>평택센터 경유 동선을 기준으로 운영 범위를 살펴봅니다.</w:t>
      </w:r>
    </w:p>
    <w:p>
      <w:r>
        <w:t>주고받기</w:t>
        <w:br/>
        <w:t>확정 물량·기간을 받으면 [ ]% 검토 · 팀장 승인 후</w:t>
      </w:r>
    </w:p>
    <w:p>
      <w:r>
        <w:t>하면 안 되는 말</w:t>
        <w:br/>
        <w:t>늘어날 거라면 지금 깎아 드릴게요</w:t>
      </w:r>
    </w:p>
    <w:p>
      <w:r>
        <w:br w:type="page"/>
      </w:r>
    </w:p>
    <w:p>
      <w:r>
        <w:t>교육 영상 시연용 가상 자료 · 한결물류</w:t>
      </w:r>
    </w:p>
    <w:p>
      <w:pPr>
        <w:pStyle w:val="Title"/>
      </w:pPr>
      <w:r>
        <w:t>가격 협상 카드 10 / 10</w:t>
      </w:r>
    </w:p>
    <w:p>
      <w:r>
        <w:t>윗선·구매팀 · 결과 예시</w:t>
      </w:r>
    </w:p>
    <w:p>
      <w:pPr>
        <w:pStyle w:val="Heading1"/>
      </w:pPr>
      <w:r>
        <w:t>«지금 바로 최종 가격을 주세요»</w:t>
      </w:r>
    </w:p>
    <w:p>
      <w:r>
        <w:t>묻기</w:t>
        <w:br/>
        <w:t>오늘 정해야 하는 조건부터 짚어 볼까요?</w:t>
      </w:r>
    </w:p>
    <w:p>
      <w:r>
        <w:t>가치</w:t>
        <w:br/>
        <w:t>제공 범위를 먼저 맞추면 같은 기준으로 판단할 수 있습니다.</w:t>
      </w:r>
    </w:p>
    <w:p>
      <w:r>
        <w:t>주고받기</w:t>
        <w:br/>
        <w:t>협의 조건을 정리하고 팀장 승인 뒤 최종 가격 전달</w:t>
      </w:r>
    </w:p>
    <w:p>
      <w:r>
        <w:t>하면 안 되는 말</w:t>
        <w:br/>
        <w:t>제가 지금 확정해 드릴게요</w:t>
      </w:r>
    </w:p>
    <w:sectPr w:rsidR="00FC693F" w:rsidRPr="0006063C" w:rsidSect="00034616">
      <w:pgSz w:w="8391" w:h="11906"/>
      <w:pgMar w:top="850" w:right="794" w:bottom="85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