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제안서 재료 — 대현테크(가명) 미팅에서 들은 말</w:t>
      </w:r>
    </w:p>
    <w:p>
      <w:r>
        <w:rPr>
          <w:color w:val="C0392B"/>
          <w:sz w:val="20"/>
        </w:rPr>
        <w:t>※ 교육 영상 시연용 가상 자료입니다. 회사·인물·기사·숫자는 모두 지어낸 것입니다.</w:t>
      </w:r>
    </w:p>
    <w:p>
      <w:r>
        <w:t>미팅에서 고객이 한 말과 우리가 제안할 것입니다. STEP 1 부탁 문장 아래에 그대로 붙여 넣으세요.</w:t>
      </w:r>
    </w:p>
    <w:p>
      <w:r>
        <w:rPr>
          <w:b/>
        </w:rPr>
        <w:t>붙여 넣을 재료</w:t>
      </w:r>
    </w:p>
    <w:p>
      <w:pPr>
        <w:spacing w:after="0"/>
      </w:pPr>
      <w:r>
        <w:t>[고객사] 대현테크 (가명), 자동차 부품, 평택 1·2공장</w:t>
      </w:r>
    </w:p>
    <w:p>
      <w:pPr>
        <w:spacing w:after="0"/>
      </w:pPr>
      <w:r>
        <w:t>[미팅 상대] 생산기술팀 O과장, 김OO 대리 / 결정은 생산기술팀장, 구매팀 검토</w:t>
      </w:r>
    </w:p>
    <w:p>
      <w:pPr>
        <w:spacing w:after="0"/>
      </w:pPr>
      <w:r>
        <w:t>[미팅에서 고객이 한 말]</w:t>
      </w:r>
    </w:p>
    <w:p>
      <w:pPr>
        <w:spacing w:after="0"/>
      </w:pPr>
      <w:r>
        <w:t xml:space="preserve"> - «3분기 운송비가 18% 올랐어요. 팀장님이 원가 줄이라고 하세요.»</w:t>
      </w:r>
    </w:p>
    <w:p>
      <w:pPr>
        <w:spacing w:after="0"/>
      </w:pPr>
      <w:r>
        <w:t xml:space="preserve"> - «2공장 내년 3월 가동이면 1·2공장 왕복이 더 늘 거예요.»</w:t>
      </w:r>
    </w:p>
    <w:p>
      <w:pPr>
        <w:spacing w:after="0"/>
      </w:pPr>
      <w:r>
        <w:t xml:space="preserve"> - «배차는 엑셀로 하고, 김대리가 매일 전화로 맞춰요.»</w:t>
      </w:r>
    </w:p>
    <w:p>
      <w:pPr>
        <w:spacing w:after="0"/>
      </w:pPr>
      <w:r>
        <w:t xml:space="preserve"> - «구매팀을 거쳐야 해서 숫자가 분명해야 해요.»</w:t>
      </w:r>
    </w:p>
    <w:p>
      <w:pPr>
        <w:spacing w:after="0"/>
      </w:pPr>
      <w:r>
        <w:t>[우리가 제안할 것] 공장 간 운송 동선 진단 2주(무료) → 3개월 시범 운영</w:t>
      </w:r>
    </w:p>
    <w:p>
      <w:pPr>
        <w:spacing w:after="0"/>
      </w:pPr>
      <w:r>
        <w:t xml:space="preserve"> (평택센터 경유, 배차 화면 제공, 매주 결과 보고)</w:t>
      </w:r>
    </w:p>
    <w:p>
      <w:pPr>
        <w:spacing w:after="0"/>
      </w:pPr>
      <w:r>
        <w:t>[아직 없는 것] 대현테크 3분기 운송 내역 (확인 필요)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