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미팅 직후 메모 — 대현테크(가명)</w:t>
      </w:r>
    </w:p>
    <w:p>
      <w:r>
        <w:rPr>
          <w:color w:val="C0392B"/>
          <w:sz w:val="20"/>
        </w:rPr>
        <w:t>※ 교육 영상 시연용 가상 자료입니다. 회사·인물·기사·숫자는 모두 지어낸 것입니다.</w:t>
      </w:r>
    </w:p>
    <w:p>
      <w:r>
        <w:t>미팅 끝나고 차에서 대충 적은 메모입니다. STEP 1 부탁 문장 아래에 그대로 붙여 넣으세요.</w:t>
      </w:r>
    </w:p>
    <w:p>
      <w:r>
        <w:rPr>
          <w:b/>
        </w:rPr>
        <w:t>붙여 넣을 재료</w:t>
      </w:r>
    </w:p>
    <w:p>
      <w:pPr>
        <w:spacing w:after="0"/>
      </w:pPr>
      <w:r>
        <w:t>[미팅] 2026-10-29(목) 오후 2시, 대현테크(가명) 평택 2공장, 1시간</w:t>
      </w:r>
    </w:p>
    <w:p>
      <w:pPr>
        <w:spacing w:after="0"/>
      </w:pPr>
      <w:r>
        <w:t>[참석] 대현테크 생산기술팀 O과장, 김OO 대리 / 우리: 나</w:t>
      </w:r>
    </w:p>
    <w:p>
      <w:pPr>
        <w:spacing w:after="0"/>
      </w:pPr>
      <w:r>
        <w:t>[메모]</w:t>
      </w:r>
    </w:p>
    <w:p>
      <w:pPr>
        <w:spacing w:after="0"/>
      </w:pPr>
      <w:r>
        <w:t>- 2공장 증설 내년 3월 가동 예정. 1·2공장 사이 하루 왕복 6~7회?</w:t>
      </w:r>
    </w:p>
    <w:p>
      <w:pPr>
        <w:spacing w:after="0"/>
      </w:pPr>
      <w:r>
        <w:t>- 운송비 3분기 18% 오름 → 팀장이 원가 줄이라고 압박</w:t>
      </w:r>
    </w:p>
    <w:p>
      <w:pPr>
        <w:spacing w:after="0"/>
      </w:pPr>
      <w:r>
        <w:t>- 지금 운송사 2곳. 배차는 엑셀, 김대리가 매일 전화로 맞춤</w:t>
      </w:r>
    </w:p>
    <w:p>
      <w:pPr>
        <w:spacing w:after="0"/>
      </w:pPr>
      <w:r>
        <w:t>- 우리 운송 동선 진단 2주 무료에 관심. 근데 구매팀 거쳐야 함</w:t>
      </w:r>
    </w:p>
    <w:p>
      <w:pPr>
        <w:spacing w:after="0"/>
      </w:pPr>
      <w:r>
        <w:t>- 3분기 운송 내역 엑셀 줄 수 있냐 물어봄 → 팀장한테 물어본다고</w:t>
      </w:r>
    </w:p>
    <w:p>
      <w:pPr>
        <w:spacing w:after="0"/>
      </w:pPr>
      <w:r>
        <w:t>- 우리: 평택센터 활용안 + 비슷한 규모 사례 1장 보내기로. 다음 주 중?</w:t>
      </w:r>
    </w:p>
    <w:p>
      <w:pPr>
        <w:spacing w:after="0"/>
      </w:pPr>
      <w:r>
        <w:t>- 다음 미팅은 진단 결과 나오면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