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</w:t>
      </w:r>
    </w:p>
    <w:p>
      <w:pPr>
        <w:pStyle w:val="Title"/>
      </w:pPr>
      <w:r>
        <w:t>대현테크 첫 연락 문서</w:t>
      </w:r>
    </w:p>
    <w:p>
      <w:r>
        <w:t>ChatGPT 실제 응답 증빙이 아닌 교육용 예시입니다. 회사·인물·기사·수치는 가상입니다.</w:t>
      </w:r>
    </w:p>
    <w:p>
      <w:pPr>
        <w:pStyle w:val="Heading1"/>
      </w:pPr>
      <w:r>
        <w:t>맞춤 첫 문장 5개</w:t>
      </w:r>
    </w:p>
    <w:p>
      <w:r>
        <w:t>평택 2공장 증설 소식을 보고 연락드립니다. (10월 14일 기사)</w:t>
      </w:r>
    </w:p>
    <w:p>
      <w:r>
        <w:t>공장 간 물류 동선 재편 소식을 읽었습니다. (10월 14일 기사)</w:t>
      </w:r>
    </w:p>
    <w:p>
      <w:r>
        <w:t>3분기 운송비 증가 소식을 보고 연락드립니다. (10월 22일 기사)</w:t>
      </w:r>
    </w:p>
    <w:p>
      <w:r>
        <w:t>평택 1·2공장의 부품 생산 소개를 읽었습니다. (회사 소개)</w:t>
      </w:r>
    </w:p>
    <w:p>
      <w:r>
        <w:t>브레이크·조향 부품 생산 소개를 보고 연락드립니다. (회사 소개)</w:t>
      </w:r>
    </w:p>
    <w:p>
      <w:pPr>
        <w:pStyle w:val="Heading1"/>
      </w:pPr>
      <w:r>
        <w:t>메일 A안</w:t>
      </w:r>
    </w:p>
    <w:p>
      <w:r>
        <w:t>제목 후보: 평택 2공장 운송 동선 진단 제안</w:t>
      </w:r>
    </w:p>
    <w:p>
      <w:r>
        <w:t>제목 후보: 공장 간 운송 동선, 15분 통화 제안</w:t>
      </w:r>
    </w:p>
    <w:p>
      <w:r>
        <w:t>O과장님, 안녕하세요. 한결물류입니다.</w:t>
      </w:r>
    </w:p>
    <w:p>
      <w:r>
        <w:t>평택 2공장 증설 소식을 보고 연락드립니다.</w:t>
      </w:r>
    </w:p>
    <w:p>
      <w:r>
        <w:t>공장 간 운송 동선을 2주간 무료로 진단해 드릴 수 있습니다.</w:t>
      </w:r>
    </w:p>
    <w:p>
      <w:r>
        <w:t>진단 범위를 설명드릴 15분 통화가 가능하실까요?</w:t>
      </w:r>
    </w:p>
    <w:p>
      <w:pPr>
        <w:pStyle w:val="Heading1"/>
      </w:pPr>
      <w:r>
        <w:t>메일 B안</w:t>
      </w:r>
    </w:p>
    <w:p>
      <w:r>
        <w:t>제목 후보: 10월 22일 운송비 기사 관련 연락</w:t>
      </w:r>
    </w:p>
    <w:p>
      <w:r>
        <w:t>제목 후보: 대현테크 운송 동선 점검 제안</w:t>
      </w:r>
    </w:p>
    <w:p>
      <w:r>
        <w:t>O과장님, 안녕하세요. 한결물류입니다.</w:t>
      </w:r>
    </w:p>
    <w:p>
      <w:r>
        <w:t>10월 22일 기사에서 3분기 운송비가 전년 대비 18% 늘었다는 내용을 읽었습니다.</w:t>
      </w:r>
    </w:p>
    <w:p>
      <w:r>
        <w:t>공장 간 운송 동선을 2주간 무료로 진단해 드릴 수 있습니다.</w:t>
      </w:r>
    </w:p>
    <w:p>
      <w:r>
        <w:t>진단 범위를 설명드릴 15분 통화가 가능하실까요?</w:t>
      </w:r>
    </w:p>
    <w:p>
      <w:pPr>
        <w:pStyle w:val="Heading1"/>
      </w:pPr>
      <w:r>
        <w:t>메일 C안</w:t>
      </w:r>
    </w:p>
    <w:p>
      <w:r>
        <w:t>제목 후보: 공장 간 운송 동선, 점검이 필요하신가요?</w:t>
      </w:r>
    </w:p>
    <w:p>
      <w:r>
        <w:t>제목 후보: 물류 동선 점검 관련 15분 통화 제안</w:t>
      </w:r>
    </w:p>
    <w:p>
      <w:r>
        <w:t>O과장님, 안녕하세요. 한결물류입니다.</w:t>
      </w:r>
    </w:p>
    <w:p>
      <w:r>
        <w:t>평택 2공장 증설에 따른 물류 동선 재편 소식을 읽었습니다.</w:t>
      </w:r>
    </w:p>
    <w:p>
      <w:r>
        <w:t>공장 간 운송 동선을 2주간 무료로 진단해 드릴 수 있습니다.</w:t>
      </w:r>
    </w:p>
    <w:p>
      <w:r>
        <w:t>현재 동선 점검이 필요한지 여쭤볼 15분 통화가 가능하실까요?</w:t>
      </w:r>
    </w:p>
    <w:p>
      <w:pPr>
        <w:pStyle w:val="Heading1"/>
      </w:pPr>
      <w:r>
        <w:t>전화 멘트 · 30초 목표</w:t>
      </w:r>
    </w:p>
    <w:p>
      <w:r>
        <w:rPr>
          <w:sz w:val="32"/>
        </w:rPr>
        <w:t>O과장님, 안녕하세요. 박람회에서 명함 받은 한결물류입니다. 이틀 전 평택 2공장 운송 동선 진단 제안 메일을 드렸습니다. 진단 범위를 설명드릴 15분 통화가 가능하실까요?</w:t>
      </w:r>
    </w:p>
    <w:p>
      <w:r>
        <w:rPr>
          <w:sz w:val="32"/>
        </w:rPr>
        <w:t>소리 내어 읽고 실제 길이에 맞춰 줄이기</w:t>
      </w:r>
    </w:p>
    <w:p>
      <w:pPr>
        <w:pStyle w:val="Heading1"/>
      </w:pPr>
      <w:r>
        <w:t>거절 답변</w:t>
      </w:r>
    </w:p>
    <w:p>
      <w:r>
        <w:t>메일로 주세요 → 네, 제안 내용을 다시 메일로 드리겠습니다.</w:t>
      </w:r>
    </w:p>
    <w:p>
      <w:r>
        <w:t>지금 바빠요 → 네, 편하신 통화 시간을 알려주시면 그때 연락드리겠습니다.</w:t>
      </w:r>
    </w:p>
    <w:p>
      <w:pPr>
        <w:pStyle w:val="Heading1"/>
      </w:pPr>
      <w:r>
        <w:t>근거 메모</w:t>
      </w:r>
    </w:p>
    <w:p>
      <w:r>
        <w:t>2026-10-14 기사: 평택 2공장 증설·물류 동선 재편</w:t>
      </w:r>
    </w:p>
    <w:p>
      <w:r>
        <w:t>2026-10-22 기사: 3분기 운송비 전년 대비 18% 증가</w:t>
      </w:r>
    </w:p>
    <w:p>
      <w:r>
        <w:t>우리 제공 내용: 공장 간 운송 동선 진단 2주 무료, 평택센터 활용</w:t>
      </w:r>
    </w:p>
    <w:p>
      <w:r>
        <w:t>메일 발송 후 이틀 뒤 연락·15분 통화 요청은 연습 조건</w:t>
      </w:r>
    </w:p>
    <w:p>
      <w:r>
        <w:t>기사 수치를 한결물류의 절감 성과로 바꾸지 않기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