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회사·기술은 가상, 수치는 예시</w:t>
      </w:r>
    </w:p>
    <w:p>
      <w:r>
        <w:rPr>
          <w:sz w:val="36"/>
        </w:rPr>
        <w:t>특허 아이디어 정리서</w:t>
      </w:r>
    </w:p>
    <w:p>
      <w:r>
        <w:t>대현테크(가명) · 자동차 부품 제조</w:t>
        <w:br/>
        <w:t>변리사 상담 준비 자료 · 최종 판단은 변리사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cantSplit/>
        </w:trPr>
        <w:tc>
          <w:tcPr>
            <w:tcW w:type="dxa" w:w="2268"/>
          </w:tcPr>
          <w:p>
            <w:r>
              <w:t>① 아이디어 한 줄</w:t>
            </w:r>
          </w:p>
        </w:tc>
        <w:tc>
          <w:tcPr>
            <w:tcW w:type="dxa" w:w="7654"/>
          </w:tcPr>
          <w:p>
            <w:r>
              <w:t>브래킷과 차체 사이 탄성 부재 안쪽에 홈을 내는 구조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t>② 풀려는 문제</w:t>
            </w:r>
          </w:p>
        </w:tc>
        <w:tc>
          <w:tcPr>
            <w:tcW w:type="dxa" w:w="7654"/>
          </w:tcPr>
          <w:p>
            <w:r>
              <w:t>겨울철 진동·소음에 대한 현장 의견, 별도 검증 전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t>③ 해결 방법</w:t>
            </w:r>
          </w:p>
        </w:tc>
        <w:tc>
          <w:tcPr>
            <w:tcW w:type="dxa" w:w="7654"/>
          </w:tcPr>
          <w:p>
            <w:r>
              <w:t>탄성 부재 안쪽 홈으로 추운 날의 문제를 줄이려는 구상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t>④ 기존 기술 비교</w:t>
            </w:r>
          </w:p>
        </w:tc>
        <w:tc>
          <w:tcPr>
            <w:tcW w:type="dxa" w:w="7654"/>
          </w:tcPr>
          <w:p>
            <w:r>
              <w:t>A: 진동 완화 구조는 같음 / 홈 없음 ↔ 안쪽 홈</w:t>
              <w:br/>
              <w:t>B: 홈을 냄은 같음 / 바깥·조립 편의 ↔ 안쪽·추운 날 진동 완화 목적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t>⑤ 기대 효과</w:t>
            </w:r>
          </w:p>
        </w:tc>
        <w:tc>
          <w:tcPr>
            <w:tcW w:type="dxa" w:w="7654"/>
          </w:tcPr>
          <w:p>
            <w:r>
              <w:t>진동·소음 완화 기대. 시험 전이며 효과 수치 없음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t>⑥ 상담 질문·자료</w:t>
            </w:r>
          </w:p>
        </w:tc>
        <w:tc>
          <w:tcPr>
            <w:tcW w:type="dxa" w:w="7654"/>
          </w:tcPr>
          <w:p>
            <w:r>
              <w:t>안쪽 홈의 차이를 어떻게 설명할까? → 개념도</w:t>
              <w:br/>
              <w:t>어떤 시험으로 뒷받침할까? → 낮은 온도 비교 시험 계획</w:t>
              <w:br/>
              <w:t>A·B를 함께 고려하면 무엇을 검토할까? → 공개 기술 원문·비교표</w:t>
            </w:r>
          </w:p>
        </w:tc>
      </w:tr>
    </w:tbl>
    <w:p>
      <w:r>
        <w:t>A·B는 실제 공개 특허가 아닌 비교 연습용 가상 기술입니다.</w:t>
        <w:br/>
        <w:t>이 문서는 가상 결과 예시이며, 실제 ChatGPT 계정에서 생성한 결과의 증빙이 아닙니다.</w:t>
      </w:r>
    </w:p>
    <w:sectPr w:rsidR="00FC693F" w:rsidRPr="0006063C" w:rsidSect="00034616"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