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9"/>
        </w:rPr>
        <w:t>※ 교육 영상 시연용 가상 자료입니다. 회사·인물·제품·수치는 모두 지어낸 것입니다.</w:t>
      </w:r>
    </w:p>
    <w:p>
      <w:r>
        <w:rPr>
          <w:b/>
          <w:sz w:val="32"/>
        </w:rPr>
        <w:t>특허 아이디어 정리서 — 오늘 쓸 재료</w:t>
      </w:r>
    </w:p>
    <w:p>
      <w:r>
        <w:t>아래 글을 그대로 복사해 Claude 채팅 창의 부탁 문장 아래에 붙여 넣으세요.</w:t>
      </w:r>
    </w:p>
    <w:p>
      <w:pPr>
        <w:spacing w:after="0"/>
      </w:pPr>
      <w:r>
        <w:t>[아이디어, 일반화한 것]</w:t>
      </w:r>
    </w:p>
    <w:p>
      <w:pPr>
        <w:spacing w:after="0"/>
      </w:pPr>
      <w:r>
        <w:t xml:space="preserve"> 차량 하부 부품을 고정하는 금속 브래킷과 차체 사이에 탄성 부재를 끼워 진동을 줄인다.</w:t>
      </w:r>
    </w:p>
    <w:p>
      <w:pPr>
        <w:spacing w:after="0"/>
      </w:pPr>
      <w:r>
        <w:t xml:space="preserve"> 탄성 부재 안쪽에 홈을 내서, 추운 날 탄성 부재가 굳어 진동이 커지는 문제를 줄인다.</w:t>
      </w:r>
    </w:p>
    <w:p>
      <w:pPr>
        <w:spacing w:after="0"/>
      </w:pPr>
      <w:r>
        <w:t>[지금의 문제] 겨울철 진동·소음 불만이 늘어남 (현장 의견, 확인 필요)</w:t>
      </w:r>
    </w:p>
    <w:p>
      <w:pPr>
        <w:spacing w:after="0"/>
      </w:pPr>
      <w:r>
        <w:t>[내가 찾은 기존 기술]</w:t>
      </w:r>
    </w:p>
    <w:p>
      <w:pPr>
        <w:spacing w:after="0"/>
      </w:pPr>
      <w:r>
        <w:t xml:space="preserve"> 기존 기술 A: 브래킷에 고무 부싱을 끼워 진동을 흡수하는 구조 (홈 없음)</w:t>
      </w:r>
    </w:p>
    <w:p>
      <w:pPr>
        <w:spacing w:after="0"/>
      </w:pPr>
      <w:r>
        <w:t xml:space="preserve"> 기존 기술 B: 부싱 바깥 면에 홈을 낸 구조, 목적은 조립을 쉽게 하는 것</w:t>
      </w:r>
    </w:p>
    <w:p>
      <w:pPr>
        <w:spacing w:after="0"/>
      </w:pPr>
      <w:r>
        <w:t>[아직 없는 것] 시험 데이터 (시제품 시험 예정)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