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회사·발표·날짜는 모두 예시 · 결과 예시</w:t>
      </w:r>
    </w:p>
    <w:p>
      <w:r>
        <w:rPr>
          <w:sz w:val="36"/>
        </w:rPr>
        <w:t>경량화 소재 동향 · 2026-11</w:t>
      </w:r>
    </w:p>
    <w:p>
      <w:r>
        <w:t>대상: 연구소장 · 다음 달 기술 회의 | 범위: 최근 1년·국내외·세 소재</w:t>
      </w:r>
    </w:p>
    <w:p>
      <w:r>
        <w:t>30초 요약</w:t>
      </w:r>
    </w:p>
    <w:p>
      <w:r>
        <w:t>검토한 자료에서는 알루미늄·마그네슘·플라스틱 복합재의 시제품 또는 시험 계획이 소개됐다. [1–3]</w:t>
      </w:r>
    </w:p>
    <w:p>
      <w:r>
        <w:t>대현테크는 철 브래킷이 주력이고 알루미늄은 시제품 단계다. [재료]</w:t>
      </w:r>
    </w:p>
    <w:p>
      <w:r>
        <w:t>알루미늄 연결 부위 검토를 우선 제안한다. 적용 결정 전 우리 시험 조건을 살핀다. [담당자 제안]</w:t>
      </w:r>
    </w:p>
    <w:p>
      <w:r>
        <w:rPr>
          <w:sz w:val="22"/>
        </w:rPr>
        <w:t>① 한 줄 요약</w:t>
      </w:r>
    </w:p>
    <w:p>
      <w:r>
        <w:t>세 소재 모두 검토 대상이지만, 제공된 자료만으로 양산 확대를 단정할 수 없다. [1–3]</w:t>
      </w:r>
    </w:p>
    <w:p>
      <w:r>
        <w:rPr>
          <w:sz w:val="22"/>
        </w:rPr>
        <w:t>② 주요 흐름 3가지</w:t>
      </w:r>
    </w:p>
    <w:p>
      <w:r>
        <w:t>알루미늄: 브래킷 시제품 검토 [1] / 마그네슘: 하우징 시제품 소개 [2·홍보] / 플라스틱 복합재: 브래킷 시험 계획 [3]</w:t>
      </w:r>
    </w:p>
    <w:p>
      <w:r>
        <w:rPr>
          <w:sz w:val="22"/>
        </w:rPr>
        <w:t>③ 눈에 띄는 움직임</w:t>
      </w:r>
    </w:p>
    <w:p>
      <w:r>
        <w:t>새봄경량연구원은 연결 부위 강도, 모래빛소재는 표면 보호·연결 방법, 다온부품연구소는 열·반복 하중 시험을 다룬다. [1–3]</w:t>
      </w:r>
    </w:p>
    <w:p>
      <w:r>
        <w:rPr>
          <w:sz w:val="22"/>
        </w:rPr>
        <w:t>④ 숫자로 보는 동향</w:t>
      </w:r>
    </w:p>
    <w:p>
      <w:r>
        <w:t>성능·가격 수치는 자료에 없다. 무게 감소율이나 시장 성장률을 넣지 않는다. [1–3]</w:t>
      </w:r>
    </w:p>
    <w:p>
      <w:r>
        <w:rPr>
          <w:sz w:val="22"/>
        </w:rPr>
        <w:t>⑤ 우리에게 의미</w:t>
      </w:r>
    </w:p>
    <w:p>
      <w:r>
        <w:t>1년 안에 해 볼 것: 알루미늄 연결 부위 시험 항목 검토. 지켜볼 것: 마그네슘 표면 보호·연결 방법. 당장 보류: 복합재 적용 결정. 모두 담당자 제안이며 확정 투자 계획이 아니다.</w:t>
      </w:r>
    </w:p>
    <w:p>
      <w:r>
        <w:rPr>
          <w:sz w:val="22"/>
        </w:rPr>
        <w:t>⑥ 더 알아볼 것</w:t>
      </w:r>
    </w:p>
    <w:p>
      <w:r>
        <w:t>우리 설비·예산·시험 조건: (확인 필요). 복합재의 시험 결과와 모래빛소재 소개의 외부 검증 자료를 찾아본다.</w:t>
      </w:r>
    </w:p>
    <w:p>
      <w:r>
        <w:t>출처 목록 · 첨부 가상 발표자료의 쪽 번호</w:t>
      </w:r>
    </w:p>
    <w:p>
      <w:r>
        <w:t>[1] 새봄경량연구원(가명), 알루미늄 브래킷 시제품 검토, 2026-08-20, 1쪽</w:t>
      </w:r>
    </w:p>
    <w:p>
      <w:r>
        <w:t>[2] 모래빛소재(가명), 마그네슘 하우징 개발 소개, 2026-09-15, 2쪽 [홍보]</w:t>
      </w:r>
    </w:p>
    <w:p>
      <w:r>
        <w:t>[3] 다온부품연구소(가명), 플라스틱 복합재 브래킷 검토, 2026-10-22, 3쪽</w:t>
      </w:r>
    </w:p>
    <w:p>
      <w:r>
        <w:t>[재료] 재료_조사범위_가상.docx | 검토 자료 3건에 한정한 예시이며 전체 시장 조사 결과가 아니다.</w:t>
      </w:r>
    </w:p>
    <w:sectPr w:rsidR="00FC693F" w:rsidRPr="0006063C" w:rsidSect="00034616"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