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C00000"/>
          <w:sz w:val="18"/>
        </w:rPr>
        <w:t>※ 교육 영상 시연용 가상 자료입니다. 회사·사람·숫자·요금 단가는 모두 지어낸 예시입니다.</w:t>
      </w:r>
    </w:p>
    <w:p>
      <w:r>
        <w:rPr>
          <w:sz w:val="32"/>
        </w:rPr>
        <w:t>쉬는 날 현장 점검 메모 — 평택 2공장</w:t>
      </w:r>
    </w:p>
    <w:p>
      <w:r>
        <w:t>일시: 2026-10-10(토) 10:00~11:30   점검: 생산관리 유OO, 시설 담당 문OO (가명)</w:t>
      </w:r>
    </w:p>
    <w:p>
      <w:r>
        <w:rPr>
          <w:sz w:val="24"/>
        </w:rPr>
        <w:t>■ 유틸리티동</w:t>
      </w:r>
    </w:p>
    <w:p>
      <w:pPr>
        <w:pStyle w:val="ListBullet"/>
      </w:pPr>
      <w:r>
        <w:t>공기 압축기 1호·2호 둘 다 운전 중. 생산 없는데 압력 유지하느라 계속 부하가 걸림.</w:t>
      </w:r>
    </w:p>
    <w:p>
      <w:pPr>
        <w:pStyle w:val="ListBullet"/>
      </w:pPr>
      <w:r>
        <w:t>압력 설정 7.5bar. 공구·실린더 쓰는 압력은 6bar 정도라고 함 (확인 필요: 제일 높은 압력이 필요한 설비).</w:t>
      </w:r>
    </w:p>
    <w:p>
      <w:pPr>
        <w:pStyle w:val="ListBullet"/>
      </w:pPr>
      <w:r>
        <w:t>냉각탑 순환 펌프 운전 중.</w:t>
      </w:r>
    </w:p>
    <w:p>
      <w:r>
        <w:rPr>
          <w:sz w:val="24"/>
        </w:rPr>
        <w:t>■ 공기 새는 곳 (조용해서 소리로 찾음)</w:t>
      </w:r>
    </w:p>
    <w:p>
      <w:pPr>
        <w:pStyle w:val="ListBullet"/>
      </w:pPr>
      <w:r>
        <w:t>① 도장 라인 앞 배관 분기점 — «쉬익» 소리 큼</w:t>
      </w:r>
    </w:p>
    <w:p>
      <w:pPr>
        <w:pStyle w:val="ListBullet"/>
      </w:pPr>
      <w:r>
        <w:t>② 프레스 1라인 에어건 호스 연결부</w:t>
      </w:r>
    </w:p>
    <w:p>
      <w:pPr>
        <w:pStyle w:val="ListBullet"/>
      </w:pPr>
      <w:r>
        <w:t>③ 용접 2라인 지그 실린더 피팅</w:t>
      </w:r>
    </w:p>
    <w:p>
      <w:pPr>
        <w:pStyle w:val="ListBullet"/>
      </w:pPr>
      <w:r>
        <w:t>세 곳 다 부품값은 크지 않음. 시설 담당이 다음 주 수리 가능하다고 함.</w:t>
      </w:r>
    </w:p>
    <w:p>
      <w:r>
        <w:rPr>
          <w:sz w:val="24"/>
        </w:rPr>
        <w:t>■ 도장동</w:t>
      </w:r>
    </w:p>
    <w:p>
      <w:pPr>
        <w:pStyle w:val="ListBullet"/>
      </w:pPr>
      <w:r>
        <w:t>건조로 순환팬 운전 중 (주말에도 온도 유지 설정). 월요일 아침에 다시 데우면 되는지 (확인 필요: 도장 품질 영향).</w:t>
      </w:r>
    </w:p>
    <w:p>
      <w:pPr>
        <w:pStyle w:val="ListBullet"/>
      </w:pPr>
      <w:r>
        <w:t>생산일 예열은 05:30 시작. 온도 기록 보면 06:50쯤 설정 온도 도달, 첫 투입은 08:00.</w:t>
      </w:r>
    </w:p>
    <w:p>
      <w:pPr>
        <w:pStyle w:val="ListBullet"/>
      </w:pPr>
      <w:r>
        <w:t>→ 1시간 늦게 시작해도 될 것 같음 (확인 필요: 겨울철 승온 시간).</w:t>
      </w:r>
    </w:p>
    <w:p>
      <w:r>
        <w:rPr>
          <w:sz w:val="24"/>
        </w:rPr>
        <w:t>■ 프레스동·용접동</w:t>
      </w:r>
    </w:p>
    <w:p>
      <w:pPr>
        <w:pStyle w:val="ListBullet"/>
      </w:pPr>
      <w:r>
        <w:t>프레스 1라인 유압 펌프 공회전 (모터 켜져 있음). 금요일 마감 때 끄는 규칙 없음.</w:t>
      </w:r>
    </w:p>
    <w:p>
      <w:pPr>
        <w:pStyle w:val="ListBullet"/>
      </w:pPr>
      <w:r>
        <w:t>용접기 냉각수 칠러 운전 중. 끄면 월요일 재가동에 30분 걸린다고 함 (확인 필요).</w:t>
      </w:r>
    </w:p>
    <w:p>
      <w:r>
        <w:rPr>
          <w:sz w:val="24"/>
        </w:rPr>
        <w:t>■ 조명</w:t>
      </w:r>
    </w:p>
    <w:p>
      <w:pPr>
        <w:pStyle w:val="ListBullet"/>
      </w:pPr>
      <w:r>
        <w:t>공장동 메탈할라이드 조명 절반 정도 켜짐 (약 60개). 비상 조명은 따로 있음.</w:t>
      </w:r>
    </w:p>
    <w:p>
      <w:pPr>
        <w:pStyle w:val="ListBullet"/>
      </w:pPr>
      <w:r>
        <w:t>LED로 바꾸면 전력이 크게 준다는 업체 안내 받은 적 있음 — 견적은 아직 없음.</w:t>
      </w:r>
    </w:p>
    <w:p>
      <w:r>
        <w:rPr>
          <w:sz w:val="24"/>
        </w:rPr>
        <w:t>■ 꼭 켜 둬야 하는 것 (시설 담당 말)</w:t>
      </w:r>
    </w:p>
    <w:p>
      <w:pPr>
        <w:pStyle w:val="ListBullet"/>
      </w:pPr>
      <w:r>
        <w:t>보안·CCTV·서버실 공조, 폐수 처리 펌프·송풍기, 사무동 냉장고·전산, 비상 조명</w:t>
      </w:r>
    </w:p>
    <w:p>
      <w:pPr>
        <w:pStyle w:val="ListBullet"/>
      </w:pPr>
      <w:r>
        <w:t>압축기 1대는 폐수 처리 설비 공기 때문에 낮은 부하로 계속 돌아야 함</w:t>
      </w:r>
    </w:p>
    <w:p>
      <w:r>
        <w:rPr>
          <w:sz w:val="24"/>
        </w:rPr>
        <w:t>■ 월요일 아침</w:t>
      </w:r>
    </w:p>
    <w:p>
      <w:pPr>
        <w:pStyle w:val="ListBullet"/>
      </w:pPr>
      <w:r>
        <w:t>8시 조회 끝나면 건조로·압축기 2대·프레스·용접기를 거의 동시에 켬.</w:t>
      </w:r>
    </w:p>
    <w:p>
      <w:pPr>
        <w:pStyle w:val="ListBullet"/>
      </w:pPr>
      <w:r>
        <w:t>시설 담당: «월요일 아침이 전기 제일 많이 먹는 때» — 데이터로 확인 필요.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