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0000"/>
          <w:sz w:val="18"/>
        </w:rPr>
        <w:t>※ 교육 영상 시연용 가상 자료입니다. 회사·사람·숫자는 모두 지어낸 예시입니다.</w:t>
      </w:r>
    </w:p>
    <w:p>
      <w:r>
        <w:rPr>
          <w:sz w:val="32"/>
        </w:rPr>
        <w:t>현장 확인 메모 — 용접 2라인 (클레임 SJ-QC-26-1047)</w:t>
      </w:r>
    </w:p>
    <w:p>
      <w:r>
        <w:t>작성: 품질 서OO (가명) · 10/20(화) 손으로 적은 것을 옮겨 적음. 순서 뒤죽박죽.</w:t>
      </w:r>
    </w:p>
    <w:p>
      <w:r>
        <w:rPr>
          <w:sz w:val="24"/>
        </w:rPr>
        <w:t>■ 11:20 용접기 2호기 너트 감지 센서</w:t>
      </w:r>
    </w:p>
    <w:p>
      <w:pPr>
        <w:pStyle w:val="ListBullet"/>
      </w:pPr>
      <w:r>
        <w:t>센서 브래킷이 정위치 표시선보다 약 4mm 밀려 있음. 자로 잼.</w:t>
      </w:r>
    </w:p>
    <w:p>
      <w:pPr>
        <w:pStyle w:val="ListBullet"/>
      </w:pPr>
      <w:r>
        <w:t>브래킷 고정은 볼트 1개뿐. 고정 핀 없음.</w:t>
      </w:r>
    </w:p>
    <w:p>
      <w:r>
        <w:rPr>
          <w:sz w:val="24"/>
        </w:rPr>
        <w:t>■ 11:40 B조 정비 담당 면담 (전극 교체한 사람)</w:t>
      </w:r>
    </w:p>
    <w:p>
      <w:pPr>
        <w:pStyle w:val="ListBullet"/>
      </w:pPr>
      <w:r>
        <w:t>10/16 밤 22:10쯤 정기 전극 교체.</w:t>
      </w:r>
    </w:p>
    <w:p>
      <w:pPr>
        <w:pStyle w:val="ListBullet"/>
      </w:pPr>
      <w:r>
        <w:t>«센서 브래킷 건드렸는지는 기억 안 난다. 교체 후 시험 용접 2개 해서 외관 괜찮아서 바로 돌렸다.»</w:t>
      </w:r>
    </w:p>
    <w:p>
      <w:pPr>
        <w:pStyle w:val="ListBullet"/>
      </w:pPr>
      <w:r>
        <w:t>그 뒤로 피더가 몇 번 막혀서 두드려서 넣었다고 함. 설비가 안 멈춰서 별일 아닌 줄 알았다고.</w:t>
      </w:r>
    </w:p>
    <w:p>
      <w:r>
        <w:rPr>
          <w:sz w:val="24"/>
        </w:rPr>
        <w:t>■ 12:10 전극 교체 작업 표준서 확인</w:t>
      </w:r>
    </w:p>
    <w:p>
      <w:pPr>
        <w:pStyle w:val="ListBullet"/>
      </w:pPr>
      <w:r>
        <w:t>교체 순서(6단계)만 있음. 교체 후 센서 확인하라는 내용 없음.</w:t>
      </w:r>
    </w:p>
    <w:p>
      <w:pPr>
        <w:pStyle w:val="ListBullet"/>
      </w:pPr>
      <w:r>
        <w:t>주간 점검표의 센서 항목은 «육안 확인» — 실제로 너트 없는 시편을 넣어 보는 시험은 안 함.</w:t>
      </w:r>
    </w:p>
    <w:p>
      <w:r>
        <w:rPr>
          <w:sz w:val="24"/>
        </w:rPr>
        <w:t>■ (참고) 라인 조명</w:t>
      </w:r>
    </w:p>
    <w:p>
      <w:pPr>
        <w:pStyle w:val="ListBullet"/>
      </w:pPr>
      <w:r>
        <w:t>용접 2라인 뒤쪽 조명 2개 나감. 이번 건과 관계없음. 시설팀에 따로 요청.</w:t>
      </w:r>
    </w:p>
    <w:p>
      <w:r>
        <w:rPr>
          <w:sz w:val="24"/>
        </w:rPr>
        <w:t>■ 13:30 재현 시험 ① — 밀린 위치 그대로</w:t>
      </w:r>
    </w:p>
    <w:p>
      <w:pPr>
        <w:pStyle w:val="ListBullet"/>
      </w:pPr>
      <w:r>
        <w:t>너트 뺀 시편 3개 투입 → 3개 모두 설비가 멈추지 않고 용접 진행.</w:t>
      </w:r>
    </w:p>
    <w:p>
      <w:pPr>
        <w:pStyle w:val="ListBullet"/>
      </w:pPr>
      <w:r>
        <w:t>사진 찍음 (재현시험_1.jpg — 이 실습 자료에는 없음).</w:t>
      </w:r>
    </w:p>
    <w:p>
      <w:r>
        <w:rPr>
          <w:sz w:val="24"/>
        </w:rPr>
        <w:t>■ 13:50 재현 시험 ② — 브래킷 원위치 후</w:t>
      </w:r>
    </w:p>
    <w:p>
      <w:pPr>
        <w:pStyle w:val="ListBullet"/>
      </w:pPr>
      <w:r>
        <w:t>너트 뺀 시편 3개 투입 → 3개 모두 «너트 없음» 감지로 정지.</w:t>
      </w:r>
    </w:p>
    <w:p>
      <w:r>
        <w:rPr>
          <w:sz w:val="24"/>
        </w:rPr>
        <w:t>■ 14:20 출하 검사</w:t>
      </w:r>
    </w:p>
    <w:p>
      <w:pPr>
        <w:pStyle w:val="ListBullet"/>
      </w:pPr>
      <w:r>
        <w:t>LOT당 5개 샘플 육안 검사. 검사 기록에 10/16 B조 5개 «양호».</w:t>
      </w:r>
    </w:p>
    <w:p>
      <w:pPr>
        <w:pStyle w:val="ListBullet"/>
      </w:pPr>
      <w:r>
        <w:t>너트 유무를 전부 확인하는 수단 없음 (게이지·센서 없음).</w:t>
      </w:r>
    </w:p>
    <w:p>
      <w:r>
        <w:rPr>
          <w:sz w:val="24"/>
        </w:rPr>
        <w:t>■ 14:40 피더</w:t>
      </w:r>
    </w:p>
    <w:p>
      <w:pPr>
        <w:pStyle w:val="ListBullet"/>
      </w:pPr>
      <w:r>
        <w:t>너트 슈트 입구에 찌그러진 너트 1개 걸린 흔적. 10/16 밤 피더 막힘 원인 같음 (확인 필요).</w:t>
      </w:r>
    </w:p>
    <w:p>
      <w:pPr>
        <w:pStyle w:val="ListBullet"/>
      </w:pPr>
      <w:r>
        <w:t>너트 입고 검사 기록은 아직 못 봄 (확인 필요).</w:t>
      </w:r>
    </w:p>
    <w:p>
      <w:r>
        <w:rPr>
          <w:sz w:val="24"/>
        </w:rPr>
        <w:t>■ 15:00 같은 구조 설비</w:t>
      </w:r>
    </w:p>
    <w:p>
      <w:pPr>
        <w:pStyle w:val="ListBullet"/>
      </w:pPr>
      <w:r>
        <w:t>용접기 1호기·3호기도 같은 센서 브래킷 (볼트 1개, 고정 핀 없음).</w:t>
      </w:r>
    </w:p>
    <w:p>
      <w:r>
        <w:rPr>
          <w:sz w:val="24"/>
        </w:rPr>
        <w:t>■ 기타 들은 말</w:t>
      </w:r>
    </w:p>
    <w:p>
      <w:pPr>
        <w:pStyle w:val="ListBullet"/>
      </w:pPr>
      <w:r>
        <w:t>생산 윤OO: «야간에 피더 막히는 건 가끔 있는 일»</w:t>
      </w:r>
    </w:p>
    <w:p>
      <w:pPr>
        <w:pStyle w:val="ListBullet"/>
      </w:pPr>
      <w:r>
        <w:t>영업 백OO: 세진 쪽은 원인보다 «언제까지 막을 수 있냐»를 제일 먼저 물어봄</w:t>
      </w:r>
    </w:p>
    <w:p>
      <w:pPr>
        <w:pStyle w:val="ListBullet"/>
      </w:pPr>
      <w:r>
        <w:t>설비 정OO: 고정 핀은 하루면 만들 수 있음. 출구 2차 센서는 업체 견적 받아야 함.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