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그림 작업 카드 · 현장 확인표</w:t>
      </w:r>
    </w:p>
    <w:p>
      <w:r>
        <w:t>교육 영상 시연용 가상 자료</w:t>
      </w:r>
    </w:p>
    <w:p>
      <w:r>
        <w:t>대현테크(가명) · 자동차 부품 제조 · 평택 2공장</w:t>
      </w:r>
    </w:p>
    <w:p>
      <w:r>
        <w:t>검토용 0.2 · 빈 칸은 현장에서 확인 후 기입 · 승인 전 실제 사용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카드/사진</w:t>
            </w:r>
          </w:p>
        </w:tc>
        <w:tc>
          <w:tcPr>
            <w:tcW w:type="dxa" w:w="2880"/>
          </w:tcPr>
          <w:p>
            <w:r>
              <w:t>확인 기준</w:t>
            </w:r>
          </w:p>
        </w:tc>
        <w:tc>
          <w:tcPr>
            <w:tcW w:type="dxa" w:w="2880"/>
          </w:tcPr>
          <w:p>
            <w:r>
              <w:t>현장 표시</w:t>
            </w:r>
          </w:p>
        </w:tc>
      </w:tr>
      <w:tr>
        <w:tc>
          <w:tcPr>
            <w:tcW w:type="dxa" w:w="2880"/>
          </w:tcPr>
          <w:p>
            <w:r>
              <w:t>1 / P04</w:t>
            </w:r>
          </w:p>
        </w:tc>
        <w:tc>
          <w:tcPr>
            <w:tcW w:type="dxa" w:w="2880"/>
          </w:tcPr>
          <w:p>
            <w:r>
              <w:t>작업대에 다른 부품이 없는지 확인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  <w:tr>
        <w:tc>
          <w:tcPr>
            <w:tcW w:type="dxa" w:w="2880"/>
          </w:tcPr>
          <w:p>
            <w:r>
              <w:t>2 / P01</w:t>
            </w:r>
          </w:p>
        </w:tc>
        <w:tc>
          <w:tcPr>
            <w:tcW w:type="dxa" w:w="2880"/>
          </w:tcPr>
          <w:p>
            <w:r>
              <w:t>위쪽 홈을 눈으로 확인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  <w:tr>
        <w:tc>
          <w:tcPr>
            <w:tcW w:type="dxa" w:w="2880"/>
          </w:tcPr>
          <w:p>
            <w:r>
              <w:t>3 / P06</w:t>
            </w:r>
          </w:p>
        </w:tc>
        <w:tc>
          <w:tcPr>
            <w:tcW w:type="dxa" w:w="2880"/>
          </w:tcPr>
          <w:p>
            <w:r>
              <w:t>좌우 각각 1개, 합계 2개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  <w:tr>
        <w:tc>
          <w:tcPr>
            <w:tcW w:type="dxa" w:w="2880"/>
          </w:tcPr>
          <w:p>
            <w:r>
              <w:t>4 / P02</w:t>
            </w:r>
          </w:p>
        </w:tc>
        <w:tc>
          <w:tcPr>
            <w:tcW w:type="dxa" w:w="2880"/>
          </w:tcPr>
          <w:p>
            <w:r>
              <w:t>2개가 각각 홈 안에 있고 브래킷 홈은 위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  <w:tr>
        <w:tc>
          <w:tcPr>
            <w:tcW w:type="dxa" w:w="2880"/>
          </w:tcPr>
          <w:p>
            <w:r>
              <w:t>5 / P05</w:t>
            </w:r>
          </w:p>
        </w:tc>
        <w:tc>
          <w:tcPr>
            <w:tcW w:type="dxa" w:w="2880"/>
          </w:tcPr>
          <w:p>
            <w:r>
              <w:t>트레이 1개에 4개, 겹침 없음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  <w:tr>
        <w:tc>
          <w:tcPr>
            <w:tcW w:type="dxa" w:w="2880"/>
          </w:tcPr>
          <w:p>
            <w:r>
              <w:t>6 / P03</w:t>
            </w:r>
          </w:p>
        </w:tc>
        <w:tc>
          <w:tcPr>
            <w:tcW w:type="dxa" w:w="2880"/>
          </w:tcPr>
          <w:p>
            <w:r>
              <w:t>4개 표시, 품번·날짜·확인자는 확인 필요</w:t>
            </w:r>
          </w:p>
        </w:tc>
        <w:tc>
          <w:tcPr>
            <w:tcW w:type="dxa" w:w="2880"/>
          </w:tcPr>
          <w:p>
            <w:r>
              <w:t>□ 맞음</w:t>
              <w:br/>
              <w:t>□ 다시 확인</w:t>
            </w:r>
          </w:p>
        </w:tc>
      </w:tr>
    </w:tbl>
    <w:p>
      <w:r>
        <w:t>공통: 사진 반전 없음 / 글·그림 수량 일치 / 멈춤 조건 유지 / 6장 누락 없음</w:t>
      </w:r>
    </w:p>
    <w:p>
      <w:r>
        <w:t>다시 확인한 카드·이유: __________________________________________________</w:t>
      </w:r>
    </w:p>
    <w:p>
      <w:r>
        <w:t>작성: 김OO 사원 서명 ______ 날짜 ______  검토: O반장 서명 ______ 날짜 ______</w:t>
      </w:r>
    </w:p>
    <w:p>
      <w:r>
        <w:t>승인자(회사 절차에 따름): __________ 서명 __________ 날짜 __________</w:t>
      </w:r>
    </w:p>
    <w:sectPr w:rsidR="00FC693F" w:rsidRPr="0006063C" w:rsidSect="00034616">
      <w:footerReference w:type="default" r:id="rId9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작업 지시로 사용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