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아침 안전 회의 준비 메모 (오늘 작업)</w:t>
      </w:r>
    </w:p>
    <w:p>
      <w:r>
        <w:rPr>
          <w:color w:val="C0392B"/>
          <w:sz w:val="19"/>
        </w:rPr>
        <w:t>※ 교육 영상 시연용 가상 자료입니다. 회사·사람·숫자는 모두 지어낸 예시입니다.</w:t>
      </w:r>
    </w:p>
    <w:p>
      <w:r>
        <w:t>[오늘] 10/31(금) 조립 3라인 아침 회의, 12명</w:t>
      </w:r>
    </w:p>
    <w:p>
      <w:r>
        <w:t>- 도어 힌지 볼트 조이기, 평소대로</w:t>
      </w:r>
    </w:p>
    <w:p>
      <w:r>
        <w:t>- 10시에 지게차로 자재 들어옴 (3번 통로)</w:t>
      </w:r>
    </w:p>
    <w:p>
      <w:r>
        <w:t>- 오후 2시 옆 프레스 1라인 금형 교체, 크레인 씀</w:t>
      </w:r>
    </w:p>
    <w:p>
      <w:r>
        <w:t>- 어제 저녁 바닥 기름 청소. 2번 통로 아직 미끄러운 곳 있음</w:t>
      </w:r>
    </w:p>
    <w:p>
      <w:r>
        <w:t>- 비 와서 출입구 바닥 젖음</w:t>
      </w:r>
    </w:p>
    <w:p>
      <w:r>
        <w:t>- 신입 1명 오늘 첫날 (이OO 사원)</w:t>
      </w:r>
    </w:p>
    <w:p>
      <w:r>
        <w:t>- 지난주 지그 닫을 때 손가락 끼일 뻔한 일 1건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