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불량 상황 메모 (프레스 1라인 찍힘)</w:t>
      </w:r>
    </w:p>
    <w:p>
      <w:r>
        <w:rPr>
          <w:color w:val="C0392B"/>
          <w:sz w:val="19"/>
        </w:rPr>
        <w:t>※ 교육 영상 시연용 가상 자료입니다. 회사·사람·숫자는 모두 지어낸 예시입니다.</w:t>
      </w:r>
    </w:p>
    <w:p>
      <w:r>
        <w:rPr>
          <w:b/>
          <w:sz w:val="24"/>
        </w:rPr>
        <w:t>현장에서 적은 메모</w:t>
      </w:r>
    </w:p>
    <w:p>
      <w:r>
        <w:t>[불량] 10/27(월) 프레스 1라인, 브래킷 표면 찍힘</w:t>
      </w:r>
    </w:p>
    <w:p>
      <w:r>
        <w:t>[수량] 오후 교대 1,200개 중 46개</w:t>
      </w:r>
    </w:p>
    <w:p>
      <w:r>
        <w:t>[발견] 다음 공정 조립 3라인에서 발견</w:t>
      </w:r>
    </w:p>
    <w:p>
      <w:r>
        <w:t>[급한 조치] 오후 생산분 전부 따로 빼서 전수 검사 중</w:t>
      </w:r>
    </w:p>
    <w:p>
      <w:r>
        <w:t>[현장에서 본 것]</w:t>
      </w:r>
    </w:p>
    <w:p>
      <w:r>
        <w:t xml:space="preserve"> - 금형 아래쪽에 작은 쇳조각 3개</w:t>
      </w:r>
    </w:p>
    <w:p>
      <w:r>
        <w:t xml:space="preserve"> - 오전 생산분엔 찍힘 없음. 오후 교대 1시간 뒤부터 늘어남</w:t>
      </w:r>
    </w:p>
    <w:p>
      <w:r>
        <w:t xml:space="preserve"> - 금형 청소는 «보통 점심 때 한다»는데 기록은 없음</w:t>
      </w:r>
    </w:p>
    <w:p>
      <w:r>
        <w:t>[작업자 말] 김OO 사원: 바빠서 청소 못 했다. 인수인계 때 청소 얘기 없었다</w:t>
      </w:r>
    </w:p>
    <w:p>
      <w:r>
        <w:rPr>
          <w:b/>
          <w:sz w:val="24"/>
        </w:rPr>
        <w:t>현장 확인 결과 (원인 후보를 받은 뒤 알려 줄 내용)</w:t>
      </w:r>
    </w:p>
    <w:p>
      <w:r>
        <w:t>- 금형 쇳조각: 맞음. 찍힘 자리랑 쇳조각 모양이 같았어</w:t>
      </w:r>
    </w:p>
    <w:p>
      <w:r>
        <w:t>- 재료 불량: 아님. 오전이랑 같은 재료였어</w:t>
      </w:r>
    </w:p>
    <w:p>
      <w:r>
        <w:t>- 프레스 압력 이상: 아님. 기록 정상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