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</w:rPr>
        <w:t>교육 영상 시연용 가상 자료 · 회사·인물·숫자는 모두 가상입니다</w:t>
      </w:r>
    </w:p>
    <w:p>
      <w:r>
        <w:rPr>
          <w:sz w:val="32"/>
        </w:rPr>
        <w:t>외부 환경 메모 (기획팀)</w:t>
      </w:r>
    </w:p>
    <w:p>
      <w:r>
        <w:rPr>
          <w:sz w:val="26"/>
        </w:rPr>
        <w:t>1. 확인된 것</w:t>
      </w:r>
    </w:p>
    <w:p>
      <w:pPr>
        <w:pStyle w:val="ListBullet"/>
      </w:pPr>
      <w:r>
        <w:t>평택 인근 산업단지 공장 증설 계획 여러 건 공고 (시 공고문 확인)</w:t>
      </w:r>
    </w:p>
    <w:p>
      <w:pPr>
        <w:pStyle w:val="ListBullet"/>
      </w:pPr>
      <w:r>
        <w:t>협력 운송사 3곳: 운전 인력 구하기가 점점 어렵다</w:t>
      </w:r>
    </w:p>
    <w:p>
      <w:pPr>
        <w:pStyle w:val="ListBullet"/>
      </w:pPr>
      <w:r>
        <w:t>주요 고객 2곳이 내년부터 납품 물류 탄소 배출량 자료를 요청한다는 공문</w:t>
      </w:r>
    </w:p>
    <w:p>
      <w:pPr>
        <w:pStyle w:val="ListBullet"/>
      </w:pPr>
      <w:r>
        <w:t>협력 운송사 운임 올해 두 차례 인상</w:t>
      </w:r>
    </w:p>
    <w:p>
      <w:r>
        <w:rPr>
          <w:sz w:val="26"/>
        </w:rPr>
        <w:t>2. 들은 말 (확인 필요)</w:t>
      </w:r>
    </w:p>
    <w:p>
      <w:pPr>
        <w:pStyle w:val="ListBullet"/>
      </w:pPr>
      <w:r>
        <w:t>큰 물류 회사가 중견 제조사 영업을 늘린다는 말 (확인 필요)</w:t>
      </w:r>
    </w:p>
    <w:p>
      <w:pPr>
        <w:pStyle w:val="ListBullet"/>
      </w:pPr>
      <w:r>
        <w:t>전기 화물차 보조금이 늘어난다는 말 (확인 필요)</w:t>
      </w:r>
    </w:p>
    <w:p>
      <w:pPr>
        <w:pStyle w:val="ListBullet"/>
      </w:pPr>
      <w:r>
        <w:t>냉장 물류 수요가 해마다 는다는 업계 이야기 (확인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