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교육 영상 시연용 가상 자료</w:t>
      </w:r>
    </w:p>
    <w:p>
      <w:pPr>
        <w:pStyle w:val="Title"/>
      </w:pPr>
      <w:r>
        <w:t>아이디어 메모 8개</w:t>
      </w:r>
    </w:p>
    <w:p>
      <w:r>
        <w:t>한결물류(가명) · 기획팀 김OO 대리(가명) · 수치와 일정은 교육용 예시</w:t>
      </w:r>
    </w:p>
    <w:p>
      <w:r>
        <w:t>평택센터의 기존 역량을 활용해 작은 시험부터 한다. 메모의 제안점수는 회의에서 낸 판단 예시이며, 고객 지불 약속이나 사업 성공 확률이 아니다. I01 한차 배송의 회사·인물 설정을 이어 썼다.</w:t>
      </w:r>
    </w:p>
    <w:p>
      <w:r>
        <w:t>추가 개발 검토액: 반품 검수 묶음 3,000만 원(실제 견적 아님). 개발비 승인 전, 총 2주·최대 150만 원의 검증 제안을 준비한다. 안전 요건이 미확인인 I08은 점수와 관계없이 실제 운송 시험 보류.</w:t>
      </w:r>
    </w:p>
    <w:p>
      <w:pPr>
        <w:pStyle w:val="Heading1"/>
      </w:pPr>
      <w:r>
        <w:t>I01 · 한차 배송</w:t>
      </w:r>
    </w:p>
    <w:p>
      <w:r>
        <w:t>무엇을: 평택 부품사 물건을 모아 같은 납품처로 배송</w:t>
      </w:r>
    </w:p>
    <w:p>
      <w:r>
        <w:t>모르는 것: 서로 다른 출발지의 시간표를 맞출 수 있을까?</w:t>
      </w:r>
    </w:p>
    <w:p>
      <w:r>
        <w:t>M01-1 | 고객 불편 | 소량 화물 운임 부담이 반복 언급됨. 손실 금액 미확인. | 회의 제안점수 4점</w:t>
      </w:r>
    </w:p>
    <w:p>
      <w:r>
        <w:t>M01-2 | 돈 낼 가능성 | 관심 표현은 있으나 유료 시험 조건 문의는 없음. | 회의 제안점수 3점</w:t>
      </w:r>
    </w:p>
    <w:p>
      <w:r>
        <w:t>M01-3 | 우리 자산 활용 | 평택센터 남는 공간과 대현테크 납품 길을 활용할 수 있음. | 회의 제안점수 5점</w:t>
      </w:r>
    </w:p>
    <w:p>
      <w:r>
        <w:t>M01-4 | 작게 시험하기 | 센터와 납품 시간표 조율이 필요함. | 회의 제안점수 4점</w:t>
      </w:r>
    </w:p>
    <w:p>
      <w:r>
        <w:t>시연 근거: 회의·상담 가상 메모. 외부 시장 조사나 실제 고객 검증을 수행한 사실이 아님.</w:t>
      </w:r>
    </w:p>
    <w:p>
      <w:pPr>
        <w:pStyle w:val="Heading1"/>
      </w:pPr>
      <w:r>
        <w:t>I02 · 반품 검수 묶음</w:t>
      </w:r>
    </w:p>
    <w:p>
      <w:r>
        <w:t>무엇을: 반품 상자의 상태 확인과 사진 정리를 묶어 제공</w:t>
      </w:r>
    </w:p>
    <w:p>
      <w:r>
        <w:t>모르는 것: 불편하다는 고객이 유료 시험도 신청할까?</w:t>
      </w:r>
    </w:p>
    <w:p>
      <w:r>
        <w:t>M02-1 | 고객 불편 | 반품 상자 상태 확인과 사진 재정리로 재작업이 반복된다는 상담 메모. | 회의 제안점수 5점</w:t>
      </w:r>
    </w:p>
    <w:p>
      <w:r>
        <w:t>M02-2 | 돈 낼 가능성 | 상자당 서비스 가격과 유료 시험 조건을 물음. 신청·계약은 아님. | 회의 제안점수 4점</w:t>
      </w:r>
    </w:p>
    <w:p>
      <w:r>
        <w:t>M02-3 | 우리 자산 활용 | 기존 검수 공간을 쓸 수 있으나 반품 동선 조정 필요. | 회의 제안점수 4점</w:t>
      </w:r>
    </w:p>
    <w:p>
      <w:r>
        <w:t>M02-4 | 작게 시험하기 | 가상 상자와 신청 접수로 모의 작업 가능. 실제 고객 물품은 받지 않음. | 회의 제안점수 5점</w:t>
      </w:r>
    </w:p>
    <w:p>
      <w:r>
        <w:t>시연 근거: 회의·상담 가상 메모. 외부 시장 조사나 실제 고객 검증을 수행한 사실이 아님.</w:t>
      </w:r>
    </w:p>
    <w:p>
      <w:r>
        <w:br w:type="page"/>
      </w:r>
    </w:p>
    <w:p>
      <w:pPr>
        <w:pStyle w:val="Heading1"/>
      </w:pPr>
      <w:r>
        <w:t>I03 · 납품 알림</w:t>
      </w:r>
    </w:p>
    <w:p>
      <w:r>
        <w:t>무엇을: 도착 예정과 지연 소식을 한 번에 안내</w:t>
      </w:r>
    </w:p>
    <w:p>
      <w:r>
        <w:t>모르는 것: 고객이 별도 요금을 낼까?</w:t>
      </w:r>
    </w:p>
    <w:p>
      <w:r>
        <w:t>M03-1 | 고객 불편 | 지연 안내 누락 불편이 반복 언급됨. 손실 미확인. | 회의 제안점수 4점</w:t>
      </w:r>
    </w:p>
    <w:p>
      <w:r>
        <w:t>M03-2 | 돈 낼 가능성 | 알림 서비스 관심 표현만 있음. | 회의 제안점수 3점</w:t>
      </w:r>
    </w:p>
    <w:p>
      <w:r>
        <w:t>M03-3 | 우리 자산 활용 | 기존 배차 기록을 쓰되 안내 동선 조정 필요. | 회의 제안점수 4점</w:t>
      </w:r>
    </w:p>
    <w:p>
      <w:r>
        <w:t>M03-4 | 작게 시험하기 | 가명 배차 내역과 안내 예문으로 시험 가능. | 회의 제안점수 5점</w:t>
      </w:r>
    </w:p>
    <w:p>
      <w:r>
        <w:t>시연 근거: 회의·상담 가상 메모. 외부 시장 조사나 실제 고객 검증을 수행한 사실이 아님.</w:t>
      </w:r>
    </w:p>
    <w:p>
      <w:pPr>
        <w:pStyle w:val="Heading1"/>
      </w:pPr>
      <w:r>
        <w:t>I04 · 회수 상자 대여</w:t>
      </w:r>
    </w:p>
    <w:p>
      <w:r>
        <w:t>무엇을: 빈 운반 상자를 회수해 다시 빌려주기</w:t>
      </w:r>
    </w:p>
    <w:p>
      <w:r>
        <w:t>모르는 것: 분실 책임과 세척 기준을 합의할 수 있을까?</w:t>
      </w:r>
    </w:p>
    <w:p>
      <w:r>
        <w:t>M04-1 | 고객 불편 | 빈 상자 부족 불편이 반복 언급됨. 손실 미확인. | 회의 제안점수 4점</w:t>
      </w:r>
    </w:p>
    <w:p>
      <w:r>
        <w:t>M04-2 | 돈 낼 가능성 | 대여 서비스 관심 표현만 있음. | 회의 제안점수 3점</w:t>
      </w:r>
    </w:p>
    <w:p>
      <w:r>
        <w:t>M04-3 | 우리 자산 활용 | 현재 상자를 쓰되 회수·세척 동선 조정 필요. | 회의 제안점수 4점</w:t>
      </w:r>
    </w:p>
    <w:p>
      <w:r>
        <w:t>M04-4 | 작게 시험하기 | 분실 책임과 세척 조건을 먼저 협의해야 함. | 회의 제안점수 3점</w:t>
      </w:r>
    </w:p>
    <w:p>
      <w:r>
        <w:t>시연 근거: 회의·상담 가상 메모. 외부 시장 조사나 실제 고객 검증을 수행한 사실이 아님.</w:t>
      </w:r>
    </w:p>
    <w:p>
      <w:r>
        <w:br w:type="page"/>
      </w:r>
    </w:p>
    <w:p>
      <w:pPr>
        <w:pStyle w:val="Heading1"/>
      </w:pPr>
      <w:r>
        <w:t>I05 · 긴급 부품 배송</w:t>
      </w:r>
    </w:p>
    <w:p>
      <w:r>
        <w:t>무엇을: 갑작스러운 부품 부족 때 긴급 배송 제공</w:t>
      </w:r>
    </w:p>
    <w:p>
      <w:r>
        <w:t>모르는 것: 평소 운송 일정에 지장을 주지 않을까?</w:t>
      </w:r>
    </w:p>
    <w:p>
      <w:r>
        <w:t>M05-1 | 고객 불편 | 부품 부족으로 급히 운송을 다시 잡는 재작업 상황이 구체적으로 적힘. | 회의 제안점수 5점</w:t>
      </w:r>
    </w:p>
    <w:p>
      <w:r>
        <w:t>M05-2 | 돈 낼 가능성 | 긴급 서비스 관심 표현만 있음. | 회의 제안점수 3점</w:t>
      </w:r>
    </w:p>
    <w:p>
      <w:r>
        <w:t>M05-3 | 우리 자산 활용 | 기존 차량 일부 활용 가능하나 배차 보완 필요. | 회의 제안점수 3점</w:t>
      </w:r>
    </w:p>
    <w:p>
      <w:r>
        <w:t>M05-4 | 작게 시험하기 | 평소 일정 영향과 외부 조건 협의가 먼저 필요. | 회의 제안점수 3점</w:t>
      </w:r>
    </w:p>
    <w:p>
      <w:r>
        <w:t>시연 근거: 회의·상담 가상 메모. 외부 시장 조사나 실제 고객 검증을 수행한 사실이 아님.</w:t>
      </w:r>
    </w:p>
    <w:p>
      <w:pPr>
        <w:pStyle w:val="Heading1"/>
      </w:pPr>
      <w:r>
        <w:t>I06 · 주말 보관</w:t>
      </w:r>
    </w:p>
    <w:p>
      <w:r>
        <w:t>무엇을: 평택센터의 남는 공간을 주말에 단기 제공</w:t>
      </w:r>
    </w:p>
    <w:p>
      <w:r>
        <w:t>모르는 것: 주말 반입과 반출 시간을 지킬 수 있을까?</w:t>
      </w:r>
    </w:p>
    <w:p>
      <w:r>
        <w:t>M06-1 | 고객 불편 | 주말 보관 문의가 있으나 업무 영향 미확인. | 회의 제안점수 3점</w:t>
      </w:r>
    </w:p>
    <w:p>
      <w:r>
        <w:t>M06-2 | 돈 낼 가능성 | 돈을 낼 것 같다는 사내 추정만 있음. | 회의 제안점수 2점</w:t>
      </w:r>
    </w:p>
    <w:p>
      <w:r>
        <w:t>M06-3 | 우리 자산 활용 | 평택센터 남는 공간 활용 가능. | 회의 제안점수 5점</w:t>
      </w:r>
    </w:p>
    <w:p>
      <w:r>
        <w:t>M06-4 | 작게 시험하기 | 주말 반입·반출 시간표 조율 필요. | 회의 제안점수 4점</w:t>
      </w:r>
    </w:p>
    <w:p>
      <w:r>
        <w:t>시연 근거: 회의·상담 가상 메모. 외부 시장 조사나 실제 고객 검증을 수행한 사실이 아님.</w:t>
      </w:r>
    </w:p>
    <w:p>
      <w:r>
        <w:br w:type="page"/>
      </w:r>
    </w:p>
    <w:p>
      <w:pPr>
        <w:pStyle w:val="Heading1"/>
      </w:pPr>
      <w:r>
        <w:t>I07 · 운송비 점검</w:t>
      </w:r>
    </w:p>
    <w:p>
      <w:r>
        <w:t>무엇을: 고객 운송비 내역의 중복과 추가 비용 점검</w:t>
      </w:r>
    </w:p>
    <w:p>
      <w:r>
        <w:t>모르는 것: 비용 자료를 맡길 의사가 있을까?</w:t>
      </w:r>
    </w:p>
    <w:p>
      <w:r>
        <w:t>M07-1 | 고객 불편 | 비용 중복 문의가 있으나 업무 영향 미확인. | 회의 제안점수 3점</w:t>
      </w:r>
    </w:p>
    <w:p>
      <w:r>
        <w:t>M07-2 | 돈 낼 가능성 | 점검 서비스 관심 표현만 있음. | 회의 제안점수 3점</w:t>
      </w:r>
    </w:p>
    <w:p>
      <w:r>
        <w:t>M07-3 | 우리 자산 활용 | 기존 운송비 내역 일부 활용·자료 정리 보완 필요. | 회의 제안점수 3점</w:t>
      </w:r>
    </w:p>
    <w:p>
      <w:r>
        <w:t>M07-4 | 작게 시험하기 | 가명 내역과 일정 조율로 시험 준비 가능. | 회의 제안점수 4점</w:t>
      </w:r>
    </w:p>
    <w:p>
      <w:r>
        <w:t>시연 근거: 회의·상담 가상 메모. 외부 시장 조사나 실제 고객 검증을 수행한 사실이 아님.</w:t>
      </w:r>
    </w:p>
    <w:p>
      <w:pPr>
        <w:pStyle w:val="Heading1"/>
      </w:pPr>
      <w:r>
        <w:t>I08 · 냉장 공동 배송</w:t>
      </w:r>
    </w:p>
    <w:p>
      <w:r>
        <w:t>무엇을: 냉장 물량을 모아 함께 배송</w:t>
      </w:r>
    </w:p>
    <w:p>
      <w:r>
        <w:t>모르는 것: 온도 관리와 안전 요건을 갖췄을까?</w:t>
      </w:r>
    </w:p>
    <w:p>
      <w:r>
        <w:t>M08-1 | 고객 불편 | 냉장 소량 화물 운임 불편이 반복 언급됨. 손실 미확인. | 회의 제안점수 4점</w:t>
      </w:r>
    </w:p>
    <w:p>
      <w:r>
        <w:t>M08-2 | 돈 낼 가능성 | 가격·유료 시험 조건 문의는 있으나 신청·계약은 아님. | 회의 제안점수 4점</w:t>
      </w:r>
    </w:p>
    <w:p>
      <w:r>
        <w:t>M08-3 | 우리 자산 활용 | 냉장 장비 없음. 새 장비와 운영 기준 필요. | 회의 제안점수 1점</w:t>
      </w:r>
    </w:p>
    <w:p>
      <w:r>
        <w:t>M08-4 | 작게 시험하기 | 온도 관리와 안전 요건 미확인. 실제 운송 시험 보류. | 회의 제안점수 1점</w:t>
      </w:r>
    </w:p>
    <w:p>
      <w:r>
        <w:t>시연 근거: 회의·상담 가상 메모. 외부 시장 조사나 실제 고객 검증을 수행한 사실이 아님.</w:t>
      </w:r>
    </w:p>
    <w:sectPr w:rsidR="00FC693F" w:rsidRPr="0006063C" w:rsidSect="00034616">
      <w:pgSz w:w="12240" w:h="15840"/>
      <w:pgMar w:top="1020" w:right="1800" w:bottom="102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