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아이디어 메모 — 가칭 «한차 배송»</w:t>
      </w:r>
    </w:p>
    <w:p>
      <w:r>
        <w:rPr>
          <w:color w:val="C0392B"/>
          <w:sz w:val="20"/>
        </w:rPr>
        <w:t>※ 교육 영상 시연용 가상 자료입니다. 회사·사람·숫자는 모두 지어낸 것입니다.</w:t>
      </w:r>
    </w:p>
    <w:p>
      <w:pPr>
        <w:pStyle w:val="Heading2"/>
      </w:pPr>
      <w:r>
        <w:t>[아이디어]</w:t>
      </w:r>
    </w:p>
    <w:p>
      <w:r>
        <w:t>평택 근처 작은 부품 회사들 물건을 모아서 한 차로 납품 (가칭 «한차 배송»)</w:t>
      </w:r>
    </w:p>
    <w:p>
      <w:pPr>
        <w:pStyle w:val="Heading2"/>
      </w:pPr>
      <w:r>
        <w:t>[왜]</w:t>
      </w:r>
    </w:p>
    <w:p>
      <w:r>
        <w:t>작은 부품 회사는 물량이 적어서 트럭 한 대를 못 채움</w:t>
      </w:r>
    </w:p>
    <w:p>
      <w:r>
        <w:t>→ 각자 따로 보내니 운임이 비싼데, 납품하는 곳은 같은 큰 공장들</w:t>
      </w:r>
    </w:p>
    <w:p>
      <w:pPr>
        <w:pStyle w:val="Heading2"/>
      </w:pPr>
      <w:r>
        <w:t>[어떻게]</w:t>
      </w:r>
    </w:p>
    <w:p>
      <w:r>
        <w:t>우리 평택센터에 모았다가 납품처별로 한 차에 실어 보냄</w:t>
      </w:r>
    </w:p>
    <w:p>
      <w:pPr>
        <w:pStyle w:val="Heading2"/>
      </w:pPr>
      <w:r>
        <w:t>[우리가 잘하는 것]</w:t>
      </w:r>
    </w:p>
    <w:p>
      <w:r>
        <w:t>평택센터에 남는 공간이 있음, 대현테크 납품 길을 이미 앎</w:t>
      </w:r>
    </w:p>
    <w:p>
      <w:pPr>
        <w:pStyle w:val="Heading2"/>
      </w:pPr>
      <w:r>
        <w:t>[모르는 것]</w:t>
      </w:r>
    </w:p>
    <w:p>
      <w:r>
        <w:t>근처 부품 회사가 몇 곳인지, 한 달에 얼마까지 낼 생각이 있는지</w:t>
      </w:r>
    </w:p>
    <w:p>
      <w:pPr>
        <w:pStyle w:val="Heading2"/>
      </w:pPr>
      <w:r>
        <w:t>[메모한 사람]</w:t>
      </w:r>
    </w:p>
    <w:p>
      <w:r>
        <w:t>기획팀 김OO 대리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22222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22222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222222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