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한결물류 물류 운영 회의록 (10/28)</w:t>
      </w:r>
    </w:p>
    <w:p>
      <w:r>
        <w:rPr>
          <w:color w:val="C0392B"/>
          <w:sz w:val="20"/>
        </w:rPr>
        <w:t>※ 교육 영상 시연용 가상 자료입니다. 회사·사람·숫자는 모두 지어낸 것입니다.</w:t>
      </w:r>
    </w:p>
    <w:p>
      <w:r>
        <w:t>일시: 2026년 10월 28일 오전 10시</w:t>
      </w:r>
    </w:p>
    <w:p>
      <w:r>
        <w:t>장소: 본사 3층 회의실</w:t>
      </w:r>
    </w:p>
    <w:p>
      <w:r>
        <w:t>참석 (가명): 운영팀 박OO 팀장, 이천센터 최OO 센터장, 평택센터 정OO 센터장, 영업팀 이OO 과장, 기획팀 김OO 대리</w:t>
      </w:r>
    </w:p>
    <w:p>
      <w:pPr>
        <w:pStyle w:val="Heading2"/>
      </w:pPr>
      <w:r>
        <w:t>안건 1. 이천센터 출고 지연</w:t>
      </w:r>
    </w:p>
    <w:p>
      <w:pPr>
        <w:pStyle w:val="ListBullet"/>
      </w:pPr>
      <w:r>
        <w:t>이천센터 10월 출고 지연 42건, 9월은 19건</w:t>
      </w:r>
    </w:p>
    <w:p>
      <w:pPr>
        <w:pStyle w:val="ListBullet"/>
      </w:pPr>
      <w:r>
        <w:t>원인: 오후 3~5시에 출고가 몰리고 상차 인력이 모자람</w:t>
      </w:r>
    </w:p>
    <w:p>
      <w:pPr>
        <w:pStyle w:val="ListBullet"/>
      </w:pPr>
      <w:r>
        <w:t>오전에는 상차 인력이 남는다는 의견 (이천센터)</w:t>
      </w:r>
    </w:p>
    <w:p>
      <w:pPr>
        <w:pStyle w:val="Heading2"/>
      </w:pPr>
      <w:r>
        <w:t>안건 2. 평택센터 운영 현황</w:t>
      </w:r>
    </w:p>
    <w:p>
      <w:pPr>
        <w:pStyle w:val="ListBullet"/>
      </w:pPr>
      <w:r>
        <w:t>평택센터 가동률 61%, 공간 여유 있음</w:t>
      </w:r>
    </w:p>
    <w:p>
      <w:pPr>
        <w:pStyle w:val="ListBullet"/>
      </w:pPr>
      <w:r>
        <w:t>평택센터 쪽은 인력도 여유가 있다는 의견 (확인 필요)</w:t>
      </w:r>
    </w:p>
    <w:p>
      <w:pPr>
        <w:pStyle w:val="Heading2"/>
      </w:pPr>
      <w:r>
        <w:t>정리</w:t>
      </w:r>
    </w:p>
    <w:p>
      <w:pPr>
        <w:pStyle w:val="ListBullet"/>
      </w:pPr>
      <w:r>
        <w:t>운영팀이 해결 방안을 정리해 제안 메모로 올리기로 함</w:t>
      </w:r>
    </w:p>
    <w:p>
      <w:pPr>
        <w:pStyle w:val="ListBullet"/>
      </w:pPr>
      <w:r>
        <w:t>영업팀이 고객 쪽 반응을 따로 정리하기로 함</w:t>
      </w:r>
    </w:p>
    <w:p>
      <w:pPr>
        <w:pStyle w:val="ListBullet"/>
      </w:pPr>
      <w:r>
        <w:t>기획팀이 두 자료를 묶어 사장님 보고 1장을 만들기로 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22222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22222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222222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