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고객 인터뷰 메모 6건</w:t>
      </w:r>
    </w:p>
    <w:p>
      <w:r>
        <w:t>한결물류(가명) / 한결 당일출고(가칭). 박OO 대표(가명). 이천·평택 센터. 2026년 12월 1일 시작 예정. 아래는 계약 전 검토 고객의 가상 메모이며 이용 완료 후기가 아니다.</w:t>
      </w:r>
    </w:p>
    <w:p>
      <w:r>
        <w:t>대상 월 주문 300~3,000건. 오후 3시 전 주문은 그날 출고. 기본료 월 15만 원 + 출고 건당 별도 요금. 그날 도착·마감 뒤 출고·보상 금액·최소 기간·해지 비용은 확정하지 않는다.</w:t>
      </w:r>
    </w:p>
    <w:p>
      <w:r>
        <w:t>인터뷰는 문의 기록의 C01·C02·C07·C08·C13·C14와 같은 고객이다. 6명을 18곳에 더하지 않는다. 나이·성별·연락처·실명은 수집하지 않았다. 원문은 사실, 고객을 묶는 이름과 행동 제안은 해석이다.</w:t>
      </w:r>
    </w:p>
    <w:p>
      <w:r>
        <w:t>구매 상황으로 묶고, 원문 번호를 남긴다. 대행 조사 없이 기존 자료의 초기 검토안을 만드는 연습이다. 대표 표본·시장 점유율·검증된 구매 확률로 사용하지 않는다.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I01 / C01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기록</w:t>
            </w:r>
          </w:p>
        </w:tc>
      </w:tr>
      <w:tr>
        <w:tc>
          <w:tcPr>
            <w:tcW w:type="dxa" w:w="4320"/>
          </w:tcPr>
          <w:p>
            <w:r>
              <w:t>면담일</w:t>
            </w:r>
          </w:p>
        </w:tc>
        <w:tc>
          <w:tcPr>
            <w:tcW w:type="dxa" w:w="4320"/>
          </w:tcPr>
          <w:p>
            <w:r>
              <w:t>2026-10-21</w:t>
            </w:r>
          </w:p>
        </w:tc>
      </w:tr>
      <w:tr>
        <w:tc>
          <w:tcPr>
            <w:tcW w:type="dxa" w:w="4320"/>
          </w:tcPr>
          <w:p>
            <w:r>
              <w:t>고객 상황</w:t>
            </w:r>
          </w:p>
        </w:tc>
        <w:tc>
          <w:tcPr>
            <w:tcW w:type="dxa" w:w="4320"/>
          </w:tcPr>
          <w:p>
            <w:r>
              <w:t>온라인 생활용품 브랜드 운영자</w:t>
            </w:r>
          </w:p>
        </w:tc>
      </w:tr>
      <w:tr>
        <w:tc>
          <w:tcPr>
            <w:tcW w:type="dxa" w:w="4320"/>
          </w:tcPr>
          <w:p>
            <w:r>
              <w:t>물량</w:t>
            </w:r>
          </w:p>
        </w:tc>
        <w:tc>
          <w:tcPr>
            <w:tcW w:type="dxa" w:w="4320"/>
          </w:tcPr>
          <w:p>
            <w:r>
              <w:t>월 주문 1,200건</w:t>
            </w:r>
          </w:p>
        </w:tc>
      </w:tr>
      <w:tr>
        <w:tc>
          <w:tcPr>
            <w:tcW w:type="dxa" w:w="4320"/>
          </w:tcPr>
          <w:p>
            <w:r>
              <w:t>원문 발언</w:t>
            </w:r>
          </w:p>
        </w:tc>
        <w:tc>
          <w:tcPr>
            <w:tcW w:type="dxa" w:w="4320"/>
          </w:tcPr>
          <w:p>
            <w:r>
              <w:t>주문이 몰리는 날에는 포장이 밀려요. 오후 3시 전 주문이 그날 출고되는지 먼저 보고 싶어요.</w:t>
            </w:r>
          </w:p>
        </w:tc>
      </w:tr>
      <w:tr>
        <w:tc>
          <w:tcPr>
            <w:tcW w:type="dxa" w:w="4320"/>
          </w:tcPr>
          <w:p>
            <w:r>
              <w:t>확인하려는 것</w:t>
            </w:r>
          </w:p>
        </w:tc>
        <w:tc>
          <w:tcPr>
            <w:tcW w:type="dxa" w:w="4320"/>
          </w:tcPr>
          <w:p>
            <w:r>
              <w:t>주문이 넘어오는 과정과 마감 시각 설명</w:t>
            </w:r>
          </w:p>
        </w:tc>
      </w:tr>
      <w:tr>
        <w:tc>
          <w:tcPr>
            <w:tcW w:type="dxa" w:w="4320"/>
          </w:tcPr>
          <w:p>
            <w:r>
              <w:t>남은 확인</w:t>
            </w:r>
          </w:p>
        </w:tc>
        <w:tc>
          <w:tcPr>
            <w:tcW w:type="dxa" w:w="4320"/>
          </w:tcPr>
          <w:p>
            <w:r>
              <w:t>주문 전달 화면을 보고 싶음</w:t>
            </w:r>
          </w:p>
        </w:tc>
      </w:tr>
      <w:tr>
        <w:tc>
          <w:tcPr>
            <w:tcW w:type="dxa" w:w="4320"/>
          </w:tcPr>
          <w:p>
            <w:r>
              <w:t>결정에 참여하는 사람</w:t>
            </w:r>
          </w:p>
        </w:tc>
        <w:tc>
          <w:tcPr>
            <w:tcW w:type="dxa" w:w="4320"/>
          </w:tcPr>
          <w:p>
            <w:r>
              <w:t>대표 본인이 계약 검토</w:t>
            </w:r>
          </w:p>
        </w:tc>
      </w:tr>
    </w:tbl>
    <w:p>
      <w:r>
        <w:t>메모: 한 고객 발언으로 전체 고객을 설명하지 않는다. 직접 인용을 바꾸면 인용 표시를 빼고 요약으로 표시한다.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I02 / C02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기록</w:t>
            </w:r>
          </w:p>
        </w:tc>
      </w:tr>
      <w:tr>
        <w:tc>
          <w:tcPr>
            <w:tcW w:type="dxa" w:w="4320"/>
          </w:tcPr>
          <w:p>
            <w:r>
              <w:t>면담일</w:t>
            </w:r>
          </w:p>
        </w:tc>
        <w:tc>
          <w:tcPr>
            <w:tcW w:type="dxa" w:w="4320"/>
          </w:tcPr>
          <w:p>
            <w:r>
              <w:t>2026-10-22</w:t>
            </w:r>
          </w:p>
        </w:tc>
      </w:tr>
      <w:tr>
        <w:tc>
          <w:tcPr>
            <w:tcW w:type="dxa" w:w="4320"/>
          </w:tcPr>
          <w:p>
            <w:r>
              <w:t>고객 상황</w:t>
            </w:r>
          </w:p>
        </w:tc>
        <w:tc>
          <w:tcPr>
            <w:tcW w:type="dxa" w:w="4320"/>
          </w:tcPr>
          <w:p>
            <w:r>
              <w:t>의류 쇼핑몰 운영자</w:t>
            </w:r>
          </w:p>
        </w:tc>
      </w:tr>
      <w:tr>
        <w:tc>
          <w:tcPr>
            <w:tcW w:type="dxa" w:w="4320"/>
          </w:tcPr>
          <w:p>
            <w:r>
              <w:t>물량</w:t>
            </w:r>
          </w:p>
        </w:tc>
        <w:tc>
          <w:tcPr>
            <w:tcW w:type="dxa" w:w="4320"/>
          </w:tcPr>
          <w:p>
            <w:r>
              <w:t>월 주문 1,800건</w:t>
            </w:r>
          </w:p>
        </w:tc>
      </w:tr>
      <w:tr>
        <w:tc>
          <w:tcPr>
            <w:tcW w:type="dxa" w:w="4320"/>
          </w:tcPr>
          <w:p>
            <w:r>
              <w:t>원문 발언</w:t>
            </w:r>
          </w:p>
        </w:tc>
        <w:tc>
          <w:tcPr>
            <w:tcW w:type="dxa" w:w="4320"/>
          </w:tcPr>
          <w:p>
            <w:r>
              <w:t>마감 시각 뒤 주문이 어떻게 넘어가는지 궁금해요. 늦은 주문까지 당일에 나간다는 뜻이면 곤란하죠.</w:t>
            </w:r>
          </w:p>
        </w:tc>
      </w:tr>
      <w:tr>
        <w:tc>
          <w:tcPr>
            <w:tcW w:type="dxa" w:w="4320"/>
          </w:tcPr>
          <w:p>
            <w:r>
              <w:t>확인하려는 것</w:t>
            </w:r>
          </w:p>
        </w:tc>
        <w:tc>
          <w:tcPr>
            <w:tcW w:type="dxa" w:w="4320"/>
          </w:tcPr>
          <w:p>
            <w:r>
              <w:t>마감 뒤 처리 기준 확인</w:t>
            </w:r>
          </w:p>
        </w:tc>
      </w:tr>
      <w:tr>
        <w:tc>
          <w:tcPr>
            <w:tcW w:type="dxa" w:w="4320"/>
          </w:tcPr>
          <w:p>
            <w:r>
              <w:t>남은 확인</w:t>
            </w:r>
          </w:p>
        </w:tc>
        <w:tc>
          <w:tcPr>
            <w:tcW w:type="dxa" w:w="4320"/>
          </w:tcPr>
          <w:p>
            <w:r>
              <w:t>오후 3시 뒤 주문 처리 기준 확인 필요</w:t>
            </w:r>
          </w:p>
        </w:tc>
      </w:tr>
      <w:tr>
        <w:tc>
          <w:tcPr>
            <w:tcW w:type="dxa" w:w="4320"/>
          </w:tcPr>
          <w:p>
            <w:r>
              <w:t>결정에 참여하는 사람</w:t>
            </w:r>
          </w:p>
        </w:tc>
        <w:tc>
          <w:tcPr>
            <w:tcW w:type="dxa" w:w="4320"/>
          </w:tcPr>
          <w:p>
            <w:r>
              <w:t>공동 운영자와 상의</w:t>
            </w:r>
          </w:p>
        </w:tc>
      </w:tr>
    </w:tbl>
    <w:p>
      <w:r>
        <w:t>메모: 한 고객 발언으로 전체 고객을 설명하지 않는다. 직접 인용을 바꾸면 인용 표시를 빼고 요약으로 표시한다.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I03 / C07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기록</w:t>
            </w:r>
          </w:p>
        </w:tc>
      </w:tr>
      <w:tr>
        <w:tc>
          <w:tcPr>
            <w:tcW w:type="dxa" w:w="4320"/>
          </w:tcPr>
          <w:p>
            <w:r>
              <w:t>면담일</w:t>
            </w:r>
          </w:p>
        </w:tc>
        <w:tc>
          <w:tcPr>
            <w:tcW w:type="dxa" w:w="4320"/>
          </w:tcPr>
          <w:p>
            <w:r>
              <w:t>2026-10-23</w:t>
            </w:r>
          </w:p>
        </w:tc>
      </w:tr>
      <w:tr>
        <w:tc>
          <w:tcPr>
            <w:tcW w:type="dxa" w:w="4320"/>
          </w:tcPr>
          <w:p>
            <w:r>
              <w:t>고객 상황</w:t>
            </w:r>
          </w:p>
        </w:tc>
        <w:tc>
          <w:tcPr>
            <w:tcW w:type="dxa" w:w="4320"/>
          </w:tcPr>
          <w:p>
            <w:r>
              <w:t>잡화 브랜드 운영자</w:t>
            </w:r>
          </w:p>
        </w:tc>
      </w:tr>
      <w:tr>
        <w:tc>
          <w:tcPr>
            <w:tcW w:type="dxa" w:w="4320"/>
          </w:tcPr>
          <w:p>
            <w:r>
              <w:t>물량</w:t>
            </w:r>
          </w:p>
        </w:tc>
        <w:tc>
          <w:tcPr>
            <w:tcW w:type="dxa" w:w="4320"/>
          </w:tcPr>
          <w:p>
            <w:r>
              <w:t>월 주문 450건</w:t>
            </w:r>
          </w:p>
        </w:tc>
      </w:tr>
      <w:tr>
        <w:tc>
          <w:tcPr>
            <w:tcW w:type="dxa" w:w="4320"/>
          </w:tcPr>
          <w:p>
            <w:r>
              <w:t>원문 발언</w:t>
            </w:r>
          </w:p>
        </w:tc>
        <w:tc>
          <w:tcPr>
            <w:tcW w:type="dxa" w:w="4320"/>
          </w:tcPr>
          <w:p>
            <w:r>
              <w:t>기본료만 보면 안 되더라고요. 출고비하고 보관비까지 합친 한 달 돈을 알아야 비교해요.</w:t>
            </w:r>
          </w:p>
        </w:tc>
      </w:tr>
      <w:tr>
        <w:tc>
          <w:tcPr>
            <w:tcW w:type="dxa" w:w="4320"/>
          </w:tcPr>
          <w:p>
            <w:r>
              <w:t>확인하려는 것</w:t>
            </w:r>
          </w:p>
        </w:tc>
        <w:tc>
          <w:tcPr>
            <w:tcW w:type="dxa" w:w="4320"/>
          </w:tcPr>
          <w:p>
            <w:r>
              <w:t>기본료와 별도 요금 합산</w:t>
            </w:r>
          </w:p>
        </w:tc>
      </w:tr>
      <w:tr>
        <w:tc>
          <w:tcPr>
            <w:tcW w:type="dxa" w:w="4320"/>
          </w:tcPr>
          <w:p>
            <w:r>
              <w:t>남은 확인</w:t>
            </w:r>
          </w:p>
        </w:tc>
        <w:tc>
          <w:tcPr>
            <w:tcW w:type="dxa" w:w="4320"/>
          </w:tcPr>
          <w:p>
            <w:r>
              <w:t>물량을 넣은 총비용 설명</w:t>
            </w:r>
          </w:p>
        </w:tc>
      </w:tr>
      <w:tr>
        <w:tc>
          <w:tcPr>
            <w:tcW w:type="dxa" w:w="4320"/>
          </w:tcPr>
          <w:p>
            <w:r>
              <w:t>결정에 참여하는 사람</w:t>
            </w:r>
          </w:p>
        </w:tc>
        <w:tc>
          <w:tcPr>
            <w:tcW w:type="dxa" w:w="4320"/>
          </w:tcPr>
          <w:p>
            <w:r>
              <w:t>대표 본인이 결정</w:t>
            </w:r>
          </w:p>
        </w:tc>
      </w:tr>
    </w:tbl>
    <w:p>
      <w:r>
        <w:t>메모: 한 고객 발언으로 전체 고객을 설명하지 않는다. 직접 인용을 바꾸면 인용 표시를 빼고 요약으로 표시한다.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I04 / C08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기록</w:t>
            </w:r>
          </w:p>
        </w:tc>
      </w:tr>
      <w:tr>
        <w:tc>
          <w:tcPr>
            <w:tcW w:type="dxa" w:w="4320"/>
          </w:tcPr>
          <w:p>
            <w:r>
              <w:t>면담일</w:t>
            </w:r>
          </w:p>
        </w:tc>
        <w:tc>
          <w:tcPr>
            <w:tcW w:type="dxa" w:w="4320"/>
          </w:tcPr>
          <w:p>
            <w:r>
              <w:t>2026-10-24</w:t>
            </w:r>
          </w:p>
        </w:tc>
      </w:tr>
      <w:tr>
        <w:tc>
          <w:tcPr>
            <w:tcW w:type="dxa" w:w="4320"/>
          </w:tcPr>
          <w:p>
            <w:r>
              <w:t>고객 상황</w:t>
            </w:r>
          </w:p>
        </w:tc>
        <w:tc>
          <w:tcPr>
            <w:tcW w:type="dxa" w:w="4320"/>
          </w:tcPr>
          <w:p>
            <w:r>
              <w:t>소형 문구 쇼핑몰 운영자</w:t>
            </w:r>
          </w:p>
        </w:tc>
      </w:tr>
      <w:tr>
        <w:tc>
          <w:tcPr>
            <w:tcW w:type="dxa" w:w="4320"/>
          </w:tcPr>
          <w:p>
            <w:r>
              <w:t>물량</w:t>
            </w:r>
          </w:p>
        </w:tc>
        <w:tc>
          <w:tcPr>
            <w:tcW w:type="dxa" w:w="4320"/>
          </w:tcPr>
          <w:p>
            <w:r>
              <w:t>월 주문 600건</w:t>
            </w:r>
          </w:p>
        </w:tc>
      </w:tr>
      <w:tr>
        <w:tc>
          <w:tcPr>
            <w:tcW w:type="dxa" w:w="4320"/>
          </w:tcPr>
          <w:p>
            <w:r>
              <w:t>원문 발언</w:t>
            </w:r>
          </w:p>
        </w:tc>
        <w:tc>
          <w:tcPr>
            <w:tcW w:type="dxa" w:w="4320"/>
          </w:tcPr>
          <w:p>
            <w:r>
              <w:t>월 15만 원이면 다 되는 줄 알았어요. 주문이 적은 달에는 총비용이 얼마나 달라지는지도 보고 싶어요.</w:t>
            </w:r>
          </w:p>
        </w:tc>
      </w:tr>
      <w:tr>
        <w:tc>
          <w:tcPr>
            <w:tcW w:type="dxa" w:w="4320"/>
          </w:tcPr>
          <w:p>
            <w:r>
              <w:t>확인하려는 것</w:t>
            </w:r>
          </w:p>
        </w:tc>
        <w:tc>
          <w:tcPr>
            <w:tcW w:type="dxa" w:w="4320"/>
          </w:tcPr>
          <w:p>
            <w:r>
              <w:t>물량별 비용 비교</w:t>
            </w:r>
          </w:p>
        </w:tc>
      </w:tr>
      <w:tr>
        <w:tc>
          <w:tcPr>
            <w:tcW w:type="dxa" w:w="4320"/>
          </w:tcPr>
          <w:p>
            <w:r>
              <w:t>남은 확인</w:t>
            </w:r>
          </w:p>
        </w:tc>
        <w:tc>
          <w:tcPr>
            <w:tcW w:type="dxa" w:w="4320"/>
          </w:tcPr>
          <w:p>
            <w:r>
              <w:t>건당 요금과 추가 조건 확인 필요</w:t>
            </w:r>
          </w:p>
        </w:tc>
      </w:tr>
      <w:tr>
        <w:tc>
          <w:tcPr>
            <w:tcW w:type="dxa" w:w="4320"/>
          </w:tcPr>
          <w:p>
            <w:r>
              <w:t>결정에 참여하는 사람</w:t>
            </w:r>
          </w:p>
        </w:tc>
        <w:tc>
          <w:tcPr>
            <w:tcW w:type="dxa" w:w="4320"/>
          </w:tcPr>
          <w:p>
            <w:r>
              <w:t>공동 운영자와 상의</w:t>
            </w:r>
          </w:p>
        </w:tc>
      </w:tr>
    </w:tbl>
    <w:p>
      <w:r>
        <w:t>메모: 한 고객 발언으로 전체 고객을 설명하지 않는다. 직접 인용을 바꾸면 인용 표시를 빼고 요약으로 표시한다.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I05 / C13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기록</w:t>
            </w:r>
          </w:p>
        </w:tc>
      </w:tr>
      <w:tr>
        <w:tc>
          <w:tcPr>
            <w:tcW w:type="dxa" w:w="4320"/>
          </w:tcPr>
          <w:p>
            <w:r>
              <w:t>면담일</w:t>
            </w:r>
          </w:p>
        </w:tc>
        <w:tc>
          <w:tcPr>
            <w:tcW w:type="dxa" w:w="4320"/>
          </w:tcPr>
          <w:p>
            <w:r>
              <w:t>2026-10-27</w:t>
            </w:r>
          </w:p>
        </w:tc>
      </w:tr>
      <w:tr>
        <w:tc>
          <w:tcPr>
            <w:tcW w:type="dxa" w:w="4320"/>
          </w:tcPr>
          <w:p>
            <w:r>
              <w:t>고객 상황</w:t>
            </w:r>
          </w:p>
        </w:tc>
        <w:tc>
          <w:tcPr>
            <w:tcW w:type="dxa" w:w="4320"/>
          </w:tcPr>
          <w:p>
            <w:r>
              <w:t>생활소품 브랜드 운영 담당</w:t>
            </w:r>
          </w:p>
        </w:tc>
      </w:tr>
      <w:tr>
        <w:tc>
          <w:tcPr>
            <w:tcW w:type="dxa" w:w="4320"/>
          </w:tcPr>
          <w:p>
            <w:r>
              <w:t>물량</w:t>
            </w:r>
          </w:p>
        </w:tc>
        <w:tc>
          <w:tcPr>
            <w:tcW w:type="dxa" w:w="4320"/>
          </w:tcPr>
          <w:p>
            <w:r>
              <w:t>월 주문 900건</w:t>
            </w:r>
          </w:p>
        </w:tc>
      </w:tr>
      <w:tr>
        <w:tc>
          <w:tcPr>
            <w:tcW w:type="dxa" w:w="4320"/>
          </w:tcPr>
          <w:p>
            <w:r>
              <w:t>원문 발언</w:t>
            </w:r>
          </w:p>
        </w:tc>
        <w:tc>
          <w:tcPr>
            <w:tcW w:type="dxa" w:w="4320"/>
          </w:tcPr>
          <w:p>
            <w:r>
              <w:t>싼 것보다 문제가 났을 때 누가 확인하고 어떻게 보상하는지가 먼저예요. 반품 회수도 궁금해요.</w:t>
            </w:r>
          </w:p>
        </w:tc>
      </w:tr>
      <w:tr>
        <w:tc>
          <w:tcPr>
            <w:tcW w:type="dxa" w:w="4320"/>
          </w:tcPr>
          <w:p>
            <w:r>
              <w:t>확인하려는 것</w:t>
            </w:r>
          </w:p>
        </w:tc>
        <w:tc>
          <w:tcPr>
            <w:tcW w:type="dxa" w:w="4320"/>
          </w:tcPr>
          <w:p>
            <w:r>
              <w:t>파손 보상과 반품 절차 확인</w:t>
            </w:r>
          </w:p>
        </w:tc>
      </w:tr>
      <w:tr>
        <w:tc>
          <w:tcPr>
            <w:tcW w:type="dxa" w:w="4320"/>
          </w:tcPr>
          <w:p>
            <w:r>
              <w:t>남은 확인</w:t>
            </w:r>
          </w:p>
        </w:tc>
        <w:tc>
          <w:tcPr>
            <w:tcW w:type="dxa" w:w="4320"/>
          </w:tcPr>
          <w:p>
            <w:r>
              <w:t>실제 보상 기준 문서 확인 필요</w:t>
            </w:r>
          </w:p>
        </w:tc>
      </w:tr>
      <w:tr>
        <w:tc>
          <w:tcPr>
            <w:tcW w:type="dxa" w:w="4320"/>
          </w:tcPr>
          <w:p>
            <w:r>
              <w:t>결정에 참여하는 사람</w:t>
            </w:r>
          </w:p>
        </w:tc>
        <w:tc>
          <w:tcPr>
            <w:tcW w:type="dxa" w:w="4320"/>
          </w:tcPr>
          <w:p>
            <w:r>
              <w:t>운영 담당이 검토하고 대표가 결정</w:t>
            </w:r>
          </w:p>
        </w:tc>
      </w:tr>
    </w:tbl>
    <w:p>
      <w:r>
        <w:t>메모: 한 고객 발언으로 전체 고객을 설명하지 않는다. 직접 인용을 바꾸면 인용 표시를 빼고 요약으로 표시한다.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I06 / C14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기록</w:t>
            </w:r>
          </w:p>
        </w:tc>
      </w:tr>
      <w:tr>
        <w:tc>
          <w:tcPr>
            <w:tcW w:type="dxa" w:w="4320"/>
          </w:tcPr>
          <w:p>
            <w:r>
              <w:t>면담일</w:t>
            </w:r>
          </w:p>
        </w:tc>
        <w:tc>
          <w:tcPr>
            <w:tcW w:type="dxa" w:w="4320"/>
          </w:tcPr>
          <w:p>
            <w:r>
              <w:t>2026-10-28</w:t>
            </w:r>
          </w:p>
        </w:tc>
      </w:tr>
      <w:tr>
        <w:tc>
          <w:tcPr>
            <w:tcW w:type="dxa" w:w="4320"/>
          </w:tcPr>
          <w:p>
            <w:r>
              <w:t>고객 상황</w:t>
            </w:r>
          </w:p>
        </w:tc>
        <w:tc>
          <w:tcPr>
            <w:tcW w:type="dxa" w:w="4320"/>
          </w:tcPr>
          <w:p>
            <w:r>
              <w:t>주방용품 쇼핑몰 운영자</w:t>
            </w:r>
          </w:p>
        </w:tc>
      </w:tr>
      <w:tr>
        <w:tc>
          <w:tcPr>
            <w:tcW w:type="dxa" w:w="4320"/>
          </w:tcPr>
          <w:p>
            <w:r>
              <w:t>물량</w:t>
            </w:r>
          </w:p>
        </w:tc>
        <w:tc>
          <w:tcPr>
            <w:tcW w:type="dxa" w:w="4320"/>
          </w:tcPr>
          <w:p>
            <w:r>
              <w:t>월 주문 1,100건</w:t>
            </w:r>
          </w:p>
        </w:tc>
      </w:tr>
      <w:tr>
        <w:tc>
          <w:tcPr>
            <w:tcW w:type="dxa" w:w="4320"/>
          </w:tcPr>
          <w:p>
            <w:r>
              <w:t>원문 발언</w:t>
            </w:r>
          </w:p>
        </w:tc>
        <w:tc>
          <w:tcPr>
            <w:tcW w:type="dxa" w:w="4320"/>
          </w:tcPr>
          <w:p>
            <w:r>
              <w:t>휴대폰으로 재고가 보인다는 건 좋아요. 그래도 파손 보상 범위와 계약 해지 조건을 읽기 전에는 못 정해요.</w:t>
            </w:r>
          </w:p>
        </w:tc>
      </w:tr>
      <w:tr>
        <w:tc>
          <w:tcPr>
            <w:tcW w:type="dxa" w:w="4320"/>
          </w:tcPr>
          <w:p>
            <w:r>
              <w:t>확인하려는 것</w:t>
            </w:r>
          </w:p>
        </w:tc>
        <w:tc>
          <w:tcPr>
            <w:tcW w:type="dxa" w:w="4320"/>
          </w:tcPr>
          <w:p>
            <w:r>
              <w:t>보상 범위와 계약 조건 확인</w:t>
            </w:r>
          </w:p>
        </w:tc>
      </w:tr>
      <w:tr>
        <w:tc>
          <w:tcPr>
            <w:tcW w:type="dxa" w:w="4320"/>
          </w:tcPr>
          <w:p>
            <w:r>
              <w:t>남은 확인</w:t>
            </w:r>
          </w:p>
        </w:tc>
        <w:tc>
          <w:tcPr>
            <w:tcW w:type="dxa" w:w="4320"/>
          </w:tcPr>
          <w:p>
            <w:r>
              <w:t>재고 화면·보상·해지 조건 확인 필요</w:t>
            </w:r>
          </w:p>
        </w:tc>
      </w:tr>
      <w:tr>
        <w:tc>
          <w:tcPr>
            <w:tcW w:type="dxa" w:w="4320"/>
          </w:tcPr>
          <w:p>
            <w:r>
              <w:t>결정에 참여하는 사람</w:t>
            </w:r>
          </w:p>
        </w:tc>
        <w:tc>
          <w:tcPr>
            <w:tcW w:type="dxa" w:w="4320"/>
          </w:tcPr>
          <w:p>
            <w:r>
              <w:t>대표 본인이 결정</w:t>
            </w:r>
          </w:p>
        </w:tc>
      </w:tr>
    </w:tbl>
    <w:p>
      <w:r>
        <w:t>메모: 한 고객 발언으로 전체 고객을 설명하지 않는다. 직접 인용을 바꾸면 인용 표시를 빼고 요약으로 표시한다.</w:t>
      </w:r>
    </w:p>
    <w:sectPr w:rsidR="00FC693F" w:rsidRPr="0006063C" w:rsidSect="00034616">
      <w:footerReference w:type="default" r:id="rId9"/>
      <w:pgSz w:w="12240" w:h="15840"/>
      <w:pgMar w:top="907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내부 검토용 예시 · 2026-11-03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