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결과 예시 · 검색에 잡히는 블로그 글 10개 목차</w:t>
      </w:r>
    </w:p>
    <w:p>
      <w:r>
        <w:t>실제 검색량과 순위는 확인되지 않았다. 제목은 기획 예시다. 회사 조건의 확인 필요 항목은 담당자가 답하기 전까지 게시 보류로 둔다.</w:t>
      </w:r>
    </w:p>
    <w:p>
      <w:pPr>
        <w:pStyle w:val="Heading1"/>
      </w:pPr>
      <w:r>
        <w:t>B01 · 물류대행 비용, 기본료 외에 무엇을 확인할까?</w:t>
      </w:r>
    </w:p>
    <w:p>
      <w:r>
        <w:t>묶음: 비용 | 검색어 후보: 물류대행 비용</w:t>
      </w:r>
    </w:p>
    <w:p>
      <w:r>
        <w:t>읽는 사람: 월 주문 300~3,000건의 작은 쇼핑몰 운영자</w:t>
      </w:r>
    </w:p>
    <w:p>
      <w:r>
        <w:t>연결 질문: Q01,Q02,Q04 | 회사 근거: S04</w:t>
      </w:r>
    </w:p>
    <w:p>
      <w:pPr>
        <w:pStyle w:val="Heading2"/>
      </w:pPr>
      <w:r>
        <w:t>답할 핵심 질문</w:t>
      </w:r>
    </w:p>
    <w:p>
      <w:pPr>
        <w:pStyle w:val="ListBullet"/>
      </w:pPr>
      <w:r>
        <w:t>물류대행 비용은 무엇으로 정해지나요?</w:t>
      </w:r>
    </w:p>
    <w:p>
      <w:pPr>
        <w:pStyle w:val="ListBullet"/>
      </w:pPr>
      <w:r>
        <w:t>월 기본료에 출고비도 들어 있나요?</w:t>
      </w:r>
    </w:p>
    <w:p>
      <w:pPr>
        <w:pStyle w:val="ListBullet"/>
      </w:pPr>
      <w:r>
        <w:t>택배비와 포장재는 따로 계산하나요?</w:t>
      </w:r>
    </w:p>
    <w:p>
      <w:pPr>
        <w:pStyle w:val="Heading2"/>
      </w:pPr>
      <w:r>
        <w:t>소제목 4개</w:t>
      </w:r>
    </w:p>
    <w:p>
      <w:pPr>
        <w:pStyle w:val="ListNumber"/>
      </w:pPr>
      <w:r>
        <w:t>기본료 15만 원의 범위</w:t>
      </w:r>
    </w:p>
    <w:p>
      <w:pPr>
        <w:pStyle w:val="ListNumber"/>
      </w:pPr>
      <w:r>
        <w:t>출고·택배·포장재 별도 항목</w:t>
      </w:r>
    </w:p>
    <w:p>
      <w:pPr>
        <w:pStyle w:val="ListNumber"/>
      </w:pPr>
      <w:r>
        <w:t>상품 크기·물량 확인</w:t>
      </w:r>
    </w:p>
    <w:p>
      <w:pPr>
        <w:pStyle w:val="ListNumber"/>
      </w:pPr>
      <w:r>
        <w:t>같은 조건으로 비교하는 법</w:t>
      </w:r>
    </w:p>
    <w:p>
      <w:pPr>
        <w:pStyle w:val="Heading2"/>
      </w:pPr>
      <w:r>
        <w:t>글에 넣을 근거와 확인할 것</w:t>
      </w:r>
    </w:p>
    <w:p>
      <w:r>
        <w:t>기본료 월 15만 원 + 출고 1건당 요금. 출고 단가·택배비·포장재·반품 회수비·부가세 등 세부 포함 범위는 별도 요금표와 상담으로 확인 필요. 월 15만 원이 총비용이라는 뜻이 아니다.</w:t>
      </w:r>
    </w:p>
    <w:p>
      <w:r>
        <w:t>게시 상태: 보류 — 확인 필요 항목을 담당자가 확인한 뒤 승인. 검색어를 반복해서 늘리지 않고 제목의 질문에 먼저 답한다.</w:t>
      </w:r>
    </w:p>
    <w:p>
      <w:r>
        <w:t>다음에 읽을 글: B02 · 월 주문 300~3,000건, 물류대행 견적 준비하기</w:t>
      </w:r>
    </w:p>
    <w:p>
      <w:r>
        <w:t>독자에게 안내할 다음 행동: 견적 상담 준비에 필요한 내용을 정리해 문의하기. 예약·상담 주소는 실제 게시 담당자가 확인해 넣기.</w:t>
      </w:r>
    </w:p>
    <w:p>
      <w:r>
        <w:br w:type="page"/>
      </w:r>
    </w:p>
    <w:p>
      <w:pPr>
        <w:pStyle w:val="Heading1"/>
      </w:pPr>
      <w:r>
        <w:t>B02 · 월 주문 300~3,000건, 물류대행 견적 준비하기</w:t>
      </w:r>
    </w:p>
    <w:p>
      <w:r>
        <w:t>묶음: 비용 | 검색어 후보: 소규모 쇼핑몰 물류대행</w:t>
      </w:r>
    </w:p>
    <w:p>
      <w:r>
        <w:t>읽는 사람: 월 주문 300~3,000건의 작은 쇼핑몰 운영자</w:t>
      </w:r>
    </w:p>
    <w:p>
      <w:r>
        <w:t>연결 질문: Q03,Q05,Q06 | 회사 근거: S02,S04</w:t>
      </w:r>
    </w:p>
    <w:p>
      <w:pPr>
        <w:pStyle w:val="Heading2"/>
      </w:pPr>
      <w:r>
        <w:t>답할 핵심 질문</w:t>
      </w:r>
    </w:p>
    <w:p>
      <w:pPr>
        <w:pStyle w:val="ListBullet"/>
      </w:pPr>
      <w:r>
        <w:t>월 주문이 300건이어도 상담할 수 있나요?</w:t>
      </w:r>
    </w:p>
    <w:p>
      <w:pPr>
        <w:pStyle w:val="ListBullet"/>
      </w:pPr>
      <w:r>
        <w:t>상품 크기가 다르면 견적이 달라지나요?</w:t>
      </w:r>
    </w:p>
    <w:p>
      <w:pPr>
        <w:pStyle w:val="ListBullet"/>
      </w:pPr>
      <w:r>
        <w:t>월 3,000건이면 기본료가 달라지나요?</w:t>
      </w:r>
    </w:p>
    <w:p>
      <w:pPr>
        <w:pStyle w:val="Heading2"/>
      </w:pPr>
      <w:r>
        <w:t>소제목 4개</w:t>
      </w:r>
    </w:p>
    <w:p>
      <w:pPr>
        <w:pStyle w:val="ListNumber"/>
      </w:pPr>
      <w:r>
        <w:t>우리 주문량 정리</w:t>
      </w:r>
    </w:p>
    <w:p>
      <w:pPr>
        <w:pStyle w:val="ListNumber"/>
      </w:pPr>
      <w:r>
        <w:t>상품 크기와 보관 조건</w:t>
      </w:r>
    </w:p>
    <w:p>
      <w:pPr>
        <w:pStyle w:val="ListNumber"/>
      </w:pPr>
      <w:r>
        <w:t>월 기본료와 별도 항목</w:t>
      </w:r>
    </w:p>
    <w:p>
      <w:pPr>
        <w:pStyle w:val="ListNumber"/>
      </w:pPr>
      <w:r>
        <w:t>상담에 가져갈 자료</w:t>
      </w:r>
    </w:p>
    <w:p>
      <w:pPr>
        <w:pStyle w:val="Heading2"/>
      </w:pPr>
      <w:r>
        <w:t>글에 넣을 근거와 확인할 것</w:t>
      </w:r>
    </w:p>
    <w:p>
      <w:r>
        <w:t>온라인 쇼핑몰 소상공인·작은 브랜드, 월 주문 300~3,000건. 범위 밖 물량은 상담 후 확인 필요.</w:t>
      </w:r>
    </w:p>
    <w:p>
      <w:r>
        <w:t>기본료 월 15만 원 + 출고 1건당 요금. 출고 단가·택배비·포장재·반품 회수비·부가세 등 세부 포함 범위는 별도 요금표와 상담으로 확인 필요. 월 15만 원이 총비용이라는 뜻이 아니다.</w:t>
      </w:r>
    </w:p>
    <w:p>
      <w:r>
        <w:t>게시 상태: 보류 — 확인 필요 항목을 담당자가 확인한 뒤 승인. 검색어를 반복해서 늘리지 않고 제목의 질문에 먼저 답한다.</w:t>
      </w:r>
    </w:p>
    <w:p>
      <w:r>
        <w:t>다음에 읽을 글: B01 · 물류대행 비용, 기본료 외에 무엇을 확인할까?</w:t>
      </w:r>
    </w:p>
    <w:p>
      <w:r>
        <w:t>독자에게 안내할 다음 행동: 물량·상품 정보 정리에 필요한 내용을 정리해 문의하기. 예약·상담 주소는 실제 게시 담당자가 확인해 넣기.</w:t>
      </w:r>
    </w:p>
    <w:p>
      <w:r>
        <w:br w:type="page"/>
      </w:r>
    </w:p>
    <w:p>
      <w:pPr>
        <w:pStyle w:val="Heading1"/>
      </w:pPr>
      <w:r>
        <w:t>B03 · 당일출고와 당일도착, 무엇이 다를까?</w:t>
      </w:r>
    </w:p>
    <w:p>
      <w:r>
        <w:t>묶음: 출고 | 검색어 후보: 당일출고 기준</w:t>
      </w:r>
    </w:p>
    <w:p>
      <w:r>
        <w:t>읽는 사람: 월 주문 300~3,000건의 작은 쇼핑몰 운영자</w:t>
      </w:r>
    </w:p>
    <w:p>
      <w:r>
        <w:t>연결 질문: Q07,Q08,Q09 | 회사 근거: S03</w:t>
      </w:r>
    </w:p>
    <w:p>
      <w:pPr>
        <w:pStyle w:val="Heading2"/>
      </w:pPr>
      <w:r>
        <w:t>답할 핵심 질문</w:t>
      </w:r>
    </w:p>
    <w:p>
      <w:pPr>
        <w:pStyle w:val="ListBullet"/>
      </w:pPr>
      <w:r>
        <w:t>오후 3시 전에 들어온 주문은 언제 출고하나요?</w:t>
      </w:r>
    </w:p>
    <w:p>
      <w:pPr>
        <w:pStyle w:val="ListBullet"/>
      </w:pPr>
      <w:r>
        <w:t>당일출고면 고객도 그날 받나요?</w:t>
      </w:r>
    </w:p>
    <w:p>
      <w:pPr>
        <w:pStyle w:val="ListBullet"/>
      </w:pPr>
      <w:r>
        <w:t>오후 3시 뒤에 들어온 주문은 어떻게 되나요?</w:t>
      </w:r>
    </w:p>
    <w:p>
      <w:pPr>
        <w:pStyle w:val="Heading2"/>
      </w:pPr>
      <w:r>
        <w:t>소제목 4개</w:t>
      </w:r>
    </w:p>
    <w:p>
      <w:pPr>
        <w:pStyle w:val="ListNumber"/>
      </w:pPr>
      <w:r>
        <w:t>오후 3시 전 주문 기준</w:t>
      </w:r>
    </w:p>
    <w:p>
      <w:pPr>
        <w:pStyle w:val="ListNumber"/>
      </w:pPr>
      <w:r>
        <w:t>출고와 도착의 차이</w:t>
      </w:r>
    </w:p>
    <w:p>
      <w:pPr>
        <w:pStyle w:val="ListNumber"/>
      </w:pPr>
      <w:r>
        <w:t>마감 뒤 주문 확인</w:t>
      </w:r>
    </w:p>
    <w:p>
      <w:pPr>
        <w:pStyle w:val="ListNumber"/>
      </w:pPr>
      <w:r>
        <w:t>상담할 때 확인할 조건</w:t>
      </w:r>
    </w:p>
    <w:p>
      <w:pPr>
        <w:pStyle w:val="Heading2"/>
      </w:pPr>
      <w:r>
        <w:t>글에 넣을 근거와 확인할 것</w:t>
      </w:r>
    </w:p>
    <w:p>
      <w:r>
        <w:t>오후 3시 전 주문은 그날 출고한다. 출고는 물류센터에서 내보내는 뜻이며 당일 도착을 뜻하지 않는다. 주말·마감 뒤 주문·물량 증가 시 예외 조건은 확인 필요.</w:t>
      </w:r>
    </w:p>
    <w:p>
      <w:r>
        <w:t>게시 상태: 보류 — 확인 필요 항목을 담당자가 확인한 뒤 승인. 검색어를 반복해서 늘리지 않고 제목의 질문에 먼저 답한다.</w:t>
      </w:r>
    </w:p>
    <w:p>
      <w:r>
        <w:t>다음에 읽을 글: B04 · 주문이 몰리는 날, 출고 전에 확인할 것</w:t>
      </w:r>
    </w:p>
    <w:p>
      <w:r>
        <w:t>독자에게 안내할 다음 행동: 출고 조건 확인에 필요한 내용을 정리해 문의하기. 예약·상담 주소는 실제 게시 담당자가 확인해 넣기.</w:t>
      </w:r>
    </w:p>
    <w:p>
      <w:r>
        <w:br w:type="page"/>
      </w:r>
    </w:p>
    <w:p>
      <w:pPr>
        <w:pStyle w:val="Heading1"/>
      </w:pPr>
      <w:r>
        <w:t>B04 · 주문이 몰리는 날, 출고 전에 확인할 것</w:t>
      </w:r>
    </w:p>
    <w:p>
      <w:r>
        <w:t>묶음: 출고 | 검색어 후보: 당일출고 물량 증가</w:t>
      </w:r>
    </w:p>
    <w:p>
      <w:r>
        <w:t>읽는 사람: 월 주문 300~3,000건의 작은 쇼핑몰 운영자</w:t>
      </w:r>
    </w:p>
    <w:p>
      <w:r>
        <w:t>연결 질문: Q10,Q11,Q12 | 회사 근거: S01,S03</w:t>
      </w:r>
    </w:p>
    <w:p>
      <w:pPr>
        <w:pStyle w:val="Heading2"/>
      </w:pPr>
      <w:r>
        <w:t>답할 핵심 질문</w:t>
      </w:r>
    </w:p>
    <w:p>
      <w:pPr>
        <w:pStyle w:val="ListBullet"/>
      </w:pPr>
      <w:r>
        <w:t>토요일에도 당일출고하나요?</w:t>
      </w:r>
    </w:p>
    <w:p>
      <w:pPr>
        <w:pStyle w:val="ListBullet"/>
      </w:pPr>
      <w:r>
        <w:t>주문이 갑자기 늘어도 모두 출고되나요?</w:t>
      </w:r>
    </w:p>
    <w:p>
      <w:pPr>
        <w:pStyle w:val="ListBullet"/>
      </w:pPr>
      <w:r>
        <w:t>이천과 평택 중 어느 센터에서 출고하나요?</w:t>
      </w:r>
    </w:p>
    <w:p>
      <w:pPr>
        <w:pStyle w:val="Heading2"/>
      </w:pPr>
      <w:r>
        <w:t>소제목 4개</w:t>
      </w:r>
    </w:p>
    <w:p>
      <w:pPr>
        <w:pStyle w:val="ListNumber"/>
      </w:pPr>
      <w:r>
        <w:t>센터 위치 확인</w:t>
      </w:r>
    </w:p>
    <w:p>
      <w:pPr>
        <w:pStyle w:val="ListNumber"/>
      </w:pPr>
      <w:r>
        <w:t>주말 운영 확인 필요</w:t>
      </w:r>
    </w:p>
    <w:p>
      <w:pPr>
        <w:pStyle w:val="ListNumber"/>
      </w:pPr>
      <w:r>
        <w:t>물량 증가 사전 협의</w:t>
      </w:r>
    </w:p>
    <w:p>
      <w:pPr>
        <w:pStyle w:val="ListNumber"/>
      </w:pPr>
      <w:r>
        <w:t>예외 조건을 확인하는 질문</w:t>
      </w:r>
    </w:p>
    <w:p>
      <w:pPr>
        <w:pStyle w:val="Heading2"/>
      </w:pPr>
      <w:r>
        <w:t>글에 넣을 근거와 확인할 것</w:t>
      </w:r>
    </w:p>
    <w:p>
      <w:r>
        <w:t>한결물류(가명), 대표 박OO(가명). 한결 당일출고(가칭). 이천·평택 물류센터.</w:t>
      </w:r>
    </w:p>
    <w:p>
      <w:r>
        <w:t>오후 3시 전 주문은 그날 출고한다. 출고는 물류센터에서 내보내는 뜻이며 당일 도착을 뜻하지 않는다. 주말·마감 뒤 주문·물량 증가 시 예외 조건은 확인 필요.</w:t>
      </w:r>
    </w:p>
    <w:p>
      <w:r>
        <w:t>게시 상태: 보류 — 확인 필요 항목을 담당자가 확인한 뒤 승인. 검색어를 반복해서 늘리지 않고 제목의 질문에 먼저 답한다.</w:t>
      </w:r>
    </w:p>
    <w:p>
      <w:r>
        <w:t>다음에 읽을 글: B03 · 당일출고와 당일도착, 무엇이 다를까?</w:t>
      </w:r>
    </w:p>
    <w:p>
      <w:r>
        <w:t>독자에게 안내할 다음 행동: 작업 가능 범위 상담에 필요한 내용을 정리해 문의하기. 예약·상담 주소는 실제 게시 담당자가 확인해 넣기.</w:t>
      </w:r>
    </w:p>
    <w:p>
      <w:r>
        <w:br w:type="page"/>
      </w:r>
    </w:p>
    <w:p>
      <w:pPr>
        <w:pStyle w:val="Heading1"/>
      </w:pPr>
      <w:r>
        <w:t>B05 · 휴대폰 재고 확인, 숫자가 다르면 어디부터 볼까?</w:t>
      </w:r>
    </w:p>
    <w:p>
      <w:r>
        <w:t>묶음: 재고 | 검색어 후보: 휴대폰 재고 확인</w:t>
      </w:r>
    </w:p>
    <w:p>
      <w:r>
        <w:t>읽는 사람: 월 주문 300~3,000건의 작은 쇼핑몰 운영자</w:t>
      </w:r>
    </w:p>
    <w:p>
      <w:r>
        <w:t>연결 질문: Q13,Q15,Q17 | 회사 근거: S05</w:t>
      </w:r>
    </w:p>
    <w:p>
      <w:pPr>
        <w:pStyle w:val="Heading2"/>
      </w:pPr>
      <w:r>
        <w:t>답할 핵심 질문</w:t>
      </w:r>
    </w:p>
    <w:p>
      <w:pPr>
        <w:pStyle w:val="ListBullet"/>
      </w:pPr>
      <w:r>
        <w:t>휴대폰에서 재고를 볼 수 있나요?</w:t>
      </w:r>
    </w:p>
    <w:p>
      <w:pPr>
        <w:pStyle w:val="ListBullet"/>
      </w:pPr>
      <w:r>
        <w:t>재고가 다르면 무엇부터 확인하나요?</w:t>
      </w:r>
    </w:p>
    <w:p>
      <w:pPr>
        <w:pStyle w:val="ListBullet"/>
      </w:pPr>
      <w:r>
        <w:t>입고한 상품은 언제 재고에 보이나요?</w:t>
      </w:r>
    </w:p>
    <w:p>
      <w:pPr>
        <w:pStyle w:val="Heading2"/>
      </w:pPr>
      <w:r>
        <w:t>소제목 4개</w:t>
      </w:r>
    </w:p>
    <w:p>
      <w:pPr>
        <w:pStyle w:val="ListNumber"/>
      </w:pPr>
      <w:r>
        <w:t>휴대폰 확인 기능</w:t>
      </w:r>
    </w:p>
    <w:p>
      <w:pPr>
        <w:pStyle w:val="ListNumber"/>
      </w:pPr>
      <w:r>
        <w:t>입고 반영 시점 확인 필요</w:t>
      </w:r>
    </w:p>
    <w:p>
      <w:pPr>
        <w:pStyle w:val="ListNumber"/>
      </w:pPr>
      <w:r>
        <w:t>재고 차이 기록</w:t>
      </w:r>
    </w:p>
    <w:p>
      <w:pPr>
        <w:pStyle w:val="ListNumber"/>
      </w:pPr>
      <w:r>
        <w:t>담당자에게 전달할 정보</w:t>
      </w:r>
    </w:p>
    <w:p>
      <w:pPr>
        <w:pStyle w:val="Heading2"/>
      </w:pPr>
      <w:r>
        <w:t>글에 넣을 근거와 확인할 것</w:t>
      </w:r>
    </w:p>
    <w:p>
      <w:r>
        <w:t>쇼핑몰 주문이 자동으로 넘어오며 재고를 휴대폰에서 확인할 수 있다. 지원 쇼핑몰·여러 몰 통합·입고 반영 시점·열람 권한의 세부 사항은 확인 필요.</w:t>
      </w:r>
    </w:p>
    <w:p>
      <w:r>
        <w:t>게시 상태: 보류 — 확인 필요 항목을 담당자가 확인한 뒤 승인. 검색어를 반복해서 늘리지 않고 제목의 질문에 먼저 답한다.</w:t>
      </w:r>
    </w:p>
    <w:p>
      <w:r>
        <w:t>다음에 읽을 글: B06 · 쇼핑몰 주문을 넘기기 전 확인할 것</w:t>
      </w:r>
    </w:p>
    <w:p>
      <w:r>
        <w:t>독자에게 안내할 다음 행동: 재고 확인 절차 상담에 필요한 내용을 정리해 문의하기. 예약·상담 주소는 실제 게시 담당자가 확인해 넣기.</w:t>
      </w:r>
    </w:p>
    <w:p>
      <w:r>
        <w:br w:type="page"/>
      </w:r>
    </w:p>
    <w:p>
      <w:pPr>
        <w:pStyle w:val="Heading1"/>
      </w:pPr>
      <w:r>
        <w:t>B06 · 쇼핑몰 주문을 넘기기 전 확인할 것</w:t>
      </w:r>
    </w:p>
    <w:p>
      <w:r>
        <w:t>묶음: 재고 | 검색어 후보: 쇼핑몰 주문 연동</w:t>
      </w:r>
    </w:p>
    <w:p>
      <w:r>
        <w:t>읽는 사람: 월 주문 300~3,000건의 작은 쇼핑몰 운영자</w:t>
      </w:r>
    </w:p>
    <w:p>
      <w:r>
        <w:t>연결 질문: Q14,Q16,Q18 | 회사 근거: S05</w:t>
      </w:r>
    </w:p>
    <w:p>
      <w:pPr>
        <w:pStyle w:val="Heading2"/>
      </w:pPr>
      <w:r>
        <w:t>답할 핵심 질문</w:t>
      </w:r>
    </w:p>
    <w:p>
      <w:pPr>
        <w:pStyle w:val="ListBullet"/>
      </w:pPr>
      <w:r>
        <w:t>쇼핑몰 주문은 어떻게 넘어오나요?</w:t>
      </w:r>
    </w:p>
    <w:p>
      <w:pPr>
        <w:pStyle w:val="ListBullet"/>
      </w:pPr>
      <w:r>
        <w:t>여러 쇼핑몰 재고를 함께 볼 수 있나요?</w:t>
      </w:r>
    </w:p>
    <w:p>
      <w:pPr>
        <w:pStyle w:val="ListBullet"/>
      </w:pPr>
      <w:r>
        <w:t>재고 확인 화면은 누가 볼 수 있나요?</w:t>
      </w:r>
    </w:p>
    <w:p>
      <w:pPr>
        <w:pStyle w:val="Heading2"/>
      </w:pPr>
      <w:r>
        <w:t>소제목 4개</w:t>
      </w:r>
    </w:p>
    <w:p>
      <w:pPr>
        <w:pStyle w:val="ListNumber"/>
      </w:pPr>
      <w:r>
        <w:t>주문이 넘어오는 흐름</w:t>
      </w:r>
    </w:p>
    <w:p>
      <w:pPr>
        <w:pStyle w:val="ListNumber"/>
      </w:pPr>
      <w:r>
        <w:t>지원 쇼핑몰 확인 필요</w:t>
      </w:r>
    </w:p>
    <w:p>
      <w:pPr>
        <w:pStyle w:val="ListNumber"/>
      </w:pPr>
      <w:r>
        <w:t>여러 몰 재고 확인 필요</w:t>
      </w:r>
    </w:p>
    <w:p>
      <w:pPr>
        <w:pStyle w:val="ListNumber"/>
      </w:pPr>
      <w:r>
        <w:t>열람 권한 확인 필요</w:t>
      </w:r>
    </w:p>
    <w:p>
      <w:pPr>
        <w:pStyle w:val="Heading2"/>
      </w:pPr>
      <w:r>
        <w:t>글에 넣을 근거와 확인할 것</w:t>
      </w:r>
    </w:p>
    <w:p>
      <w:r>
        <w:t>쇼핑몰 주문이 자동으로 넘어오며 재고를 휴대폰에서 확인할 수 있다. 지원 쇼핑몰·여러 몰 통합·입고 반영 시점·열람 권한의 세부 사항은 확인 필요.</w:t>
      </w:r>
    </w:p>
    <w:p>
      <w:r>
        <w:t>게시 상태: 보류 — 확인 필요 항목을 담당자가 확인한 뒤 승인. 검색어를 반복해서 늘리지 않고 제목의 질문에 먼저 답한다.</w:t>
      </w:r>
    </w:p>
    <w:p>
      <w:r>
        <w:t>다음에 읽을 글: B05 · 휴대폰 재고 확인, 숫자가 다르면 어디부터 볼까?</w:t>
      </w:r>
    </w:p>
    <w:p>
      <w:r>
        <w:t>독자에게 안내할 다음 행동: 연동 가능 범위 상담에 필요한 내용을 정리해 문의하기. 예약·상담 주소는 실제 게시 담당자가 확인해 넣기.</w:t>
      </w:r>
    </w:p>
    <w:p>
      <w:r>
        <w:br w:type="page"/>
      </w:r>
    </w:p>
    <w:p>
      <w:pPr>
        <w:pStyle w:val="Heading1"/>
      </w:pPr>
      <w:r>
        <w:t>B07 · 반품 회수를 맡기기 전 준비할 정보</w:t>
      </w:r>
    </w:p>
    <w:p>
      <w:r>
        <w:t>묶음: 반품 | 검색어 후보: 반품 회수 절차</w:t>
      </w:r>
    </w:p>
    <w:p>
      <w:r>
        <w:t>읽는 사람: 월 주문 300~3,000건의 작은 쇼핑몰 운영자</w:t>
      </w:r>
    </w:p>
    <w:p>
      <w:r>
        <w:t>연결 질문: Q19,Q20,Q22 | 회사 근거: S04,S06</w:t>
      </w:r>
    </w:p>
    <w:p>
      <w:pPr>
        <w:pStyle w:val="Heading2"/>
      </w:pPr>
      <w:r>
        <w:t>답할 핵심 질문</w:t>
      </w:r>
    </w:p>
    <w:p>
      <w:pPr>
        <w:pStyle w:val="ListBullet"/>
      </w:pPr>
      <w:r>
        <w:t>반품 회수도 맡길 수 있나요?</w:t>
      </w:r>
    </w:p>
    <w:p>
      <w:pPr>
        <w:pStyle w:val="ListBullet"/>
      </w:pPr>
      <w:r>
        <w:t>돌아온 상품의 상태도 확인해 주나요?</w:t>
      </w:r>
    </w:p>
    <w:p>
      <w:pPr>
        <w:pStyle w:val="ListBullet"/>
      </w:pPr>
      <w:r>
        <w:t>반품 회수비는 얼마인가요?</w:t>
      </w:r>
    </w:p>
    <w:p>
      <w:pPr>
        <w:pStyle w:val="Heading2"/>
      </w:pPr>
      <w:r>
        <w:t>소제목 4개</w:t>
      </w:r>
    </w:p>
    <w:p>
      <w:pPr>
        <w:pStyle w:val="ListNumber"/>
      </w:pPr>
      <w:r>
        <w:t>반품 회수 서비스 범위</w:t>
      </w:r>
    </w:p>
    <w:p>
      <w:pPr>
        <w:pStyle w:val="ListNumber"/>
      </w:pPr>
      <w:r>
        <w:t>상품 상태 확인 범위</w:t>
      </w:r>
    </w:p>
    <w:p>
      <w:pPr>
        <w:pStyle w:val="ListNumber"/>
      </w:pPr>
      <w:r>
        <w:t>회수 비용 별도 확인</w:t>
      </w:r>
    </w:p>
    <w:p>
      <w:pPr>
        <w:pStyle w:val="ListNumber"/>
      </w:pPr>
      <w:r>
        <w:t>고객 안내 전 확인할 것</w:t>
      </w:r>
    </w:p>
    <w:p>
      <w:pPr>
        <w:pStyle w:val="Heading2"/>
      </w:pPr>
      <w:r>
        <w:t>글에 넣을 근거와 확인할 것</w:t>
      </w:r>
    </w:p>
    <w:p>
      <w:r>
        <w:t>기본료 월 15만 원 + 출고 1건당 요금. 출고 단가·택배비·포장재·반품 회수비·부가세 등 세부 포함 범위는 별도 요금표와 상담으로 확인 필요. 월 15만 원이 총비용이라는 뜻이 아니다.</w:t>
      </w:r>
    </w:p>
    <w:p>
      <w:r>
        <w:t>보관·포장·발송·반품 회수를 제공한다. 파손 보상 기준을 미리 안내한다. 구체 보상액·전액 보상·반품 검수·재판매 판단 범위는 확인 필요.</w:t>
      </w:r>
    </w:p>
    <w:p>
      <w:r>
        <w:t>게시 상태: 보류 — 확인 필요 항목을 담당자가 확인한 뒤 승인. 검색어를 반복해서 늘리지 않고 제목의 질문에 먼저 답한다.</w:t>
      </w:r>
    </w:p>
    <w:p>
      <w:r>
        <w:t>다음에 읽을 글: B08 · 파손 보상 기준, 맡기기 전에 확인할 것</w:t>
      </w:r>
    </w:p>
    <w:p>
      <w:r>
        <w:t>독자에게 안내할 다음 행동: 반품 절차 상담에 필요한 내용을 정리해 문의하기. 예약·상담 주소는 실제 게시 담당자가 확인해 넣기.</w:t>
      </w:r>
    </w:p>
    <w:p>
      <w:r>
        <w:br w:type="page"/>
      </w:r>
    </w:p>
    <w:p>
      <w:pPr>
        <w:pStyle w:val="Heading1"/>
      </w:pPr>
      <w:r>
        <w:t>B08 · 파손 보상 기준, 맡기기 전에 확인할 것</w:t>
      </w:r>
    </w:p>
    <w:p>
      <w:r>
        <w:t>묶음: 반품 | 검색어 후보: 물류 파손 보상</w:t>
      </w:r>
    </w:p>
    <w:p>
      <w:r>
        <w:t>읽는 사람: 월 주문 300~3,000건의 작은 쇼핑몰 운영자</w:t>
      </w:r>
    </w:p>
    <w:p>
      <w:r>
        <w:t>연결 질문: Q21,Q23 | 회사 근거: S06</w:t>
      </w:r>
    </w:p>
    <w:p>
      <w:pPr>
        <w:pStyle w:val="Heading2"/>
      </w:pPr>
      <w:r>
        <w:t>답할 핵심 질문</w:t>
      </w:r>
    </w:p>
    <w:p>
      <w:pPr>
        <w:pStyle w:val="ListBullet"/>
      </w:pPr>
      <w:r>
        <w:t>파손됐을 때 보상 기준이 있나요?</w:t>
      </w:r>
    </w:p>
    <w:p>
      <w:pPr>
        <w:pStyle w:val="ListBullet"/>
      </w:pPr>
      <w:r>
        <w:t>반품 상품을 다시 판매할 수 있나요?</w:t>
      </w:r>
    </w:p>
    <w:p>
      <w:pPr>
        <w:pStyle w:val="Heading2"/>
      </w:pPr>
      <w:r>
        <w:t>소제목 4개</w:t>
      </w:r>
    </w:p>
    <w:p>
      <w:pPr>
        <w:pStyle w:val="ListNumber"/>
      </w:pPr>
      <w:r>
        <w:t>보상 기준 사전 안내</w:t>
      </w:r>
    </w:p>
    <w:p>
      <w:pPr>
        <w:pStyle w:val="ListNumber"/>
      </w:pPr>
      <w:r>
        <w:t>파손 상태 기록</w:t>
      </w:r>
    </w:p>
    <w:p>
      <w:pPr>
        <w:pStyle w:val="ListNumber"/>
      </w:pPr>
      <w:r>
        <w:t>재판매 판단 범위 확인</w:t>
      </w:r>
    </w:p>
    <w:p>
      <w:pPr>
        <w:pStyle w:val="ListNumber"/>
      </w:pPr>
      <w:r>
        <w:t>확인 전 쓰면 안 되는 약속</w:t>
      </w:r>
    </w:p>
    <w:p>
      <w:pPr>
        <w:pStyle w:val="Heading2"/>
      </w:pPr>
      <w:r>
        <w:t>글에 넣을 근거와 확인할 것</w:t>
      </w:r>
    </w:p>
    <w:p>
      <w:r>
        <w:t>보관·포장·발송·반품 회수를 제공한다. 파손 보상 기준을 미리 안내한다. 구체 보상액·전액 보상·반품 검수·재판매 판단 범위는 확인 필요.</w:t>
      </w:r>
    </w:p>
    <w:p>
      <w:r>
        <w:t>게시 상태: 보류 — 확인 필요 항목을 담당자가 확인한 뒤 승인. 검색어를 반복해서 늘리지 않고 제목의 질문에 먼저 답한다.</w:t>
      </w:r>
    </w:p>
    <w:p>
      <w:r>
        <w:t>다음에 읽을 글: B07 · 반품 회수를 맡기기 전 준비할 정보</w:t>
      </w:r>
    </w:p>
    <w:p>
      <w:r>
        <w:t>독자에게 안내할 다음 행동: 보상 기준 확인에 필요한 내용을 정리해 문의하기. 예약·상담 주소는 실제 게시 담당자가 확인해 넣기.</w:t>
      </w:r>
    </w:p>
    <w:p>
      <w:r>
        <w:br w:type="page"/>
      </w:r>
    </w:p>
    <w:p>
      <w:pPr>
        <w:pStyle w:val="Heading1"/>
      </w:pPr>
      <w:r>
        <w:t>B09 · 기존 창고에서 물류센터로 옮길 때 준비 목록</w:t>
      </w:r>
    </w:p>
    <w:p>
      <w:r>
        <w:t>묶음: 전환 | 검색어 후보: 물류센터 이전 준비</w:t>
      </w:r>
    </w:p>
    <w:p>
      <w:r>
        <w:t>읽는 사람: 월 주문 300~3,000건의 작은 쇼핑몰 운영자</w:t>
      </w:r>
    </w:p>
    <w:p>
      <w:r>
        <w:t>연결 질문: Q24,Q27 | 회사 근거: S01,S07</w:t>
      </w:r>
    </w:p>
    <w:p>
      <w:pPr>
        <w:pStyle w:val="Heading2"/>
      </w:pPr>
      <w:r>
        <w:t>답할 핵심 질문</w:t>
      </w:r>
    </w:p>
    <w:p>
      <w:pPr>
        <w:pStyle w:val="ListBullet"/>
      </w:pPr>
      <w:r>
        <w:t>기존 창고에서 옮길 때 무엇을 준비하나요?</w:t>
      </w:r>
    </w:p>
    <w:p>
      <w:pPr>
        <w:pStyle w:val="ListBullet"/>
      </w:pPr>
      <w:r>
        <w:t>처음 맡기는 상품은 어떻게 보내나요?</w:t>
      </w:r>
    </w:p>
    <w:p>
      <w:pPr>
        <w:pStyle w:val="Heading2"/>
      </w:pPr>
      <w:r>
        <w:t>소제목 4개</w:t>
      </w:r>
    </w:p>
    <w:p>
      <w:pPr>
        <w:pStyle w:val="ListNumber"/>
      </w:pPr>
      <w:r>
        <w:t>이전할 상품 목록</w:t>
      </w:r>
    </w:p>
    <w:p>
      <w:pPr>
        <w:pStyle w:val="ListNumber"/>
      </w:pPr>
      <w:r>
        <w:t>센터와 입고 방법 확인</w:t>
      </w:r>
    </w:p>
    <w:p>
      <w:pPr>
        <w:pStyle w:val="ListNumber"/>
      </w:pPr>
      <w:r>
        <w:t>진행 일정 사전 협의</w:t>
      </w:r>
    </w:p>
    <w:p>
      <w:pPr>
        <w:pStyle w:val="ListNumber"/>
      </w:pPr>
      <w:r>
        <w:t>이전 전후 재고 대조</w:t>
      </w:r>
    </w:p>
    <w:p>
      <w:pPr>
        <w:pStyle w:val="Heading2"/>
      </w:pPr>
      <w:r>
        <w:t>글에 넣을 근거와 확인할 것</w:t>
      </w:r>
    </w:p>
    <w:p>
      <w:r>
        <w:t>한결물류(가명), 대표 박OO(가명). 한결 당일출고(가칭). 이천·평택 물류센터.</w:t>
      </w:r>
    </w:p>
    <w:p>
      <w:r>
        <w:t>서비스 시작일은 2026년 12월 1일. 이전 일정·입고 방법·계약 기간·이용 중단 조건은 상담 후 확인 필요.</w:t>
      </w:r>
    </w:p>
    <w:p>
      <w:r>
        <w:t>게시 상태: 보류 — 확인 필요 항목을 담당자가 확인한 뒤 승인. 검색어를 반복해서 늘리지 않고 제목의 질문에 먼저 답한다.</w:t>
      </w:r>
    </w:p>
    <w:p>
      <w:r>
        <w:t>다음에 읽을 글: B10 · 물류대행 첫 상담, 어떤 자료를 가져갈까?</w:t>
      </w:r>
    </w:p>
    <w:p>
      <w:r>
        <w:t>독자에게 안내할 다음 행동: 이전 일정 상담에 필요한 내용을 정리해 문의하기. 예약·상담 주소는 실제 게시 담당자가 확인해 넣기.</w:t>
      </w:r>
    </w:p>
    <w:p>
      <w:r>
        <w:br w:type="page"/>
      </w:r>
    </w:p>
    <w:p>
      <w:pPr>
        <w:pStyle w:val="Heading1"/>
      </w:pPr>
      <w:r>
        <w:t>B10 · 물류대행 첫 상담, 어떤 자료를 가져갈까?</w:t>
      </w:r>
    </w:p>
    <w:p>
      <w:r>
        <w:t>묶음: 전환 | 검색어 후보: 물류대행 시작 준비</w:t>
      </w:r>
    </w:p>
    <w:p>
      <w:r>
        <w:t>읽는 사람: 월 주문 300~3,000건의 작은 쇼핑몰 운영자</w:t>
      </w:r>
    </w:p>
    <w:p>
      <w:r>
        <w:t>연결 질문: Q25,Q26,Q28 | 회사 근거: S02,S07</w:t>
      </w:r>
    </w:p>
    <w:p>
      <w:pPr>
        <w:pStyle w:val="Heading2"/>
      </w:pPr>
      <w:r>
        <w:t>답할 핵심 질문</w:t>
      </w:r>
    </w:p>
    <w:p>
      <w:pPr>
        <w:pStyle w:val="ListBullet"/>
      </w:pPr>
      <w:r>
        <w:t>언제부터 서비스를 이용할 수 있나요?</w:t>
      </w:r>
    </w:p>
    <w:p>
      <w:pPr>
        <w:pStyle w:val="ListBullet"/>
      </w:pPr>
      <w:r>
        <w:t>상담 전에 어떤 자료를 준비하나요?</w:t>
      </w:r>
    </w:p>
    <w:p>
      <w:pPr>
        <w:pStyle w:val="ListBullet"/>
      </w:pPr>
      <w:r>
        <w:t>이용 중단 조건은 어떻게 되나요?</w:t>
      </w:r>
    </w:p>
    <w:p>
      <w:pPr>
        <w:pStyle w:val="Heading2"/>
      </w:pPr>
      <w:r>
        <w:t>소제목 4개</w:t>
      </w:r>
    </w:p>
    <w:p>
      <w:pPr>
        <w:pStyle w:val="ListNumber"/>
      </w:pPr>
      <w:r>
        <w:t>서비스 시작일 확인</w:t>
      </w:r>
    </w:p>
    <w:p>
      <w:pPr>
        <w:pStyle w:val="ListNumber"/>
      </w:pPr>
      <w:r>
        <w:t>주문량과 상품 정보</w:t>
      </w:r>
    </w:p>
    <w:p>
      <w:pPr>
        <w:pStyle w:val="ListNumber"/>
      </w:pPr>
      <w:r>
        <w:t>계약·중단 조건 확인 필요</w:t>
      </w:r>
    </w:p>
    <w:p>
      <w:pPr>
        <w:pStyle w:val="ListNumber"/>
      </w:pPr>
      <w:r>
        <w:t>상담 뒤 할 일 정리</w:t>
      </w:r>
    </w:p>
    <w:p>
      <w:pPr>
        <w:pStyle w:val="Heading2"/>
      </w:pPr>
      <w:r>
        <w:t>글에 넣을 근거와 확인할 것</w:t>
      </w:r>
    </w:p>
    <w:p>
      <w:r>
        <w:t>온라인 쇼핑몰 소상공인·작은 브랜드, 월 주문 300~3,000건. 범위 밖 물량은 상담 후 확인 필요.</w:t>
      </w:r>
    </w:p>
    <w:p>
      <w:r>
        <w:t>서비스 시작일은 2026년 12월 1일. 이전 일정·입고 방법·계약 기간·이용 중단 조건은 상담 후 확인 필요.</w:t>
      </w:r>
    </w:p>
    <w:p>
      <w:r>
        <w:t>게시 상태: 보류 — 확인 필요 항목을 담당자가 확인한 뒤 승인. 검색어를 반복해서 늘리지 않고 제목의 질문에 먼저 답한다.</w:t>
      </w:r>
    </w:p>
    <w:p>
      <w:r>
        <w:t>다음에 읽을 글: B09 · 기존 창고에서 물류센터로 옮길 때 준비 목록</w:t>
      </w:r>
    </w:p>
    <w:p>
      <w:r>
        <w:t>독자에게 안내할 다음 행동: 첫 상담 자료 준비에 필요한 내용을 정리해 문의하기. 예약·상담 주소는 실제 게시 담당자가 확인해 넣기.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| 교육용 예시 · 실제 고객에게 배포하지 않음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