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한결물류 고객 후기 분석</w:t>
      </w:r>
    </w:p>
    <w:p>
      <w:r>
        <w:t>교육 영상 시연용 가상 자료 · 2026년 9월 후기 100개 · 결과 예시</w:t>
      </w:r>
    </w:p>
    <w:p>
      <w:r>
        <w:t>출고 속도는 강점, 성수기 지연부터 개선 논의</w:t>
      </w:r>
    </w:p>
    <w:p>
      <w:r>
        <w:t>칭찬 75건 + 불만 45건 = 언급 120건. 후기 20개는 양쪽에 포함. 기타 0건. 별점 평균 4.06점(반올림 4.1점).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041"/>
        <w:gridCol w:w="709"/>
        <w:gridCol w:w="7625"/>
      </w:tblGrid>
      <w:tr>
        <w:tc>
          <w:tcPr>
            <w:tcW w:type="dxa" w:w="2041"/>
          </w:tcPr>
          <w:p>
            <w:r>
              <w:rPr>
                <w:sz w:val="18"/>
              </w:rPr>
              <w:t>구분·묶음</w:t>
            </w:r>
          </w:p>
        </w:tc>
        <w:tc>
          <w:tcPr>
            <w:tcW w:type="dxa" w:w="709"/>
          </w:tcPr>
          <w:p>
            <w:r>
              <w:rPr>
                <w:sz w:val="18"/>
              </w:rPr>
              <w:t>건수</w:t>
            </w:r>
          </w:p>
        </w:tc>
        <w:tc>
          <w:tcPr>
            <w:tcW w:type="dxa" w:w="7625"/>
          </w:tcPr>
          <w:p>
            <w:r>
              <w:rPr>
                <w:sz w:val="18"/>
              </w:rPr>
              <w:t>후기 원문 2개 · 번호</w:t>
            </w:r>
          </w:p>
        </w:tc>
      </w:tr>
      <w:tr>
        <w:tc>
          <w:tcPr>
            <w:tcW w:type="dxa" w:w="2041"/>
          </w:tcPr>
          <w:p>
            <w:r>
              <w:rPr>
                <w:sz w:val="18"/>
              </w:rPr>
              <w:t>칭찬 · 출고 빠름</w:t>
            </w:r>
          </w:p>
        </w:tc>
        <w:tc>
          <w:tcPr>
            <w:tcW w:type="dxa" w:w="709"/>
          </w:tcPr>
          <w:p>
            <w:r>
              <w:rPr>
                <w:sz w:val="18"/>
              </w:rPr>
              <w:t>30건</w:t>
            </w:r>
          </w:p>
        </w:tc>
        <w:tc>
          <w:tcPr>
            <w:tcW w:type="dxa" w:w="7625"/>
          </w:tcPr>
          <w:p>
            <w:r>
              <w:rPr>
                <w:sz w:val="18"/>
              </w:rPr>
              <w:t>3번 | 예전 업체보다 하루는 빨리 나가는 느낌이에요.</w:t>
              <w:br/>
              <w:t>8번 | 당일 발송 되니까 상세페이지에 자신 있게 적고 있어요.</w:t>
            </w:r>
          </w:p>
        </w:tc>
      </w:tr>
      <w:tr>
        <w:tc>
          <w:tcPr>
            <w:tcW w:type="dxa" w:w="2041"/>
          </w:tcPr>
          <w:p>
            <w:r>
              <w:rPr>
                <w:sz w:val="18"/>
              </w:rPr>
              <w:t>칭찬 · 포장 꼼꼼</w:t>
            </w:r>
          </w:p>
        </w:tc>
        <w:tc>
          <w:tcPr>
            <w:tcW w:type="dxa" w:w="709"/>
          </w:tcPr>
          <w:p>
            <w:r>
              <w:rPr>
                <w:sz w:val="18"/>
              </w:rPr>
              <w:t>22건</w:t>
            </w:r>
          </w:p>
        </w:tc>
        <w:tc>
          <w:tcPr>
            <w:tcW w:type="dxa" w:w="7625"/>
          </w:tcPr>
          <w:p>
            <w:r>
              <w:rPr>
                <w:sz w:val="18"/>
              </w:rPr>
              <w:t>7번 | 완충재를 넉넉히 넣어 주셔서 안심이 됩니다. 주변에도 추천했어요.</w:t>
              <w:br/>
              <w:t>55번 | 포장이 꼼꼼해서 고객 후기에 포장 칭찬이 달립니다.</w:t>
            </w:r>
          </w:p>
        </w:tc>
      </w:tr>
      <w:tr>
        <w:tc>
          <w:tcPr>
            <w:tcW w:type="dxa" w:w="2041"/>
          </w:tcPr>
          <w:p>
            <w:r>
              <w:rPr>
                <w:sz w:val="18"/>
              </w:rPr>
              <w:t>칭찬 · 담당자 응대</w:t>
            </w:r>
          </w:p>
        </w:tc>
        <w:tc>
          <w:tcPr>
            <w:tcW w:type="dxa" w:w="709"/>
          </w:tcPr>
          <w:p>
            <w:r>
              <w:rPr>
                <w:sz w:val="18"/>
              </w:rPr>
              <w:t>15건</w:t>
            </w:r>
          </w:p>
        </w:tc>
        <w:tc>
          <w:tcPr>
            <w:tcW w:type="dxa" w:w="7625"/>
          </w:tcPr>
          <w:p>
            <w:r>
              <w:rPr>
                <w:sz w:val="18"/>
              </w:rPr>
              <w:t>16번 | 응대가 친절하고 설명을 쉽게 해 주세요. 처음 맡겨 봤어요.</w:t>
              <w:br/>
              <w:t>42번 | 카톡 문의 답이 빨라서 일하기 편해요. 처음 맡겨 봤어요.</w:t>
            </w:r>
          </w:p>
        </w:tc>
      </w:tr>
      <w:tr>
        <w:tc>
          <w:tcPr>
            <w:tcW w:type="dxa" w:w="2041"/>
          </w:tcPr>
          <w:p>
            <w:r>
              <w:rPr>
                <w:sz w:val="18"/>
              </w:rPr>
              <w:t>불만 · 성수기 지연</w:t>
            </w:r>
          </w:p>
        </w:tc>
        <w:tc>
          <w:tcPr>
            <w:tcW w:type="dxa" w:w="709"/>
          </w:tcPr>
          <w:p>
            <w:r>
              <w:rPr>
                <w:sz w:val="18"/>
              </w:rPr>
              <w:t>18건</w:t>
            </w:r>
          </w:p>
        </w:tc>
        <w:tc>
          <w:tcPr>
            <w:tcW w:type="dxa" w:w="7625"/>
          </w:tcPr>
          <w:p>
            <w:r>
              <w:rPr>
                <w:sz w:val="18"/>
              </w:rPr>
              <w:t>12번 | 성수기에 마감 시간 바뀐 걸 늦게 알려 주셔서 곤란했습니다. 처음 맡겨 봤어요.</w:t>
              <w:br/>
              <w:t>65번 | 명절 앞두고 출고가 늦어져서 고객 항의를 받았어요.</w:t>
            </w:r>
          </w:p>
        </w:tc>
      </w:tr>
      <w:tr>
        <w:tc>
          <w:tcPr>
            <w:tcW w:type="dxa" w:w="2041"/>
          </w:tcPr>
          <w:p>
            <w:r>
              <w:rPr>
                <w:sz w:val="18"/>
              </w:rPr>
              <w:t>불만 · 반품 회수 느림</w:t>
            </w:r>
          </w:p>
        </w:tc>
        <w:tc>
          <w:tcPr>
            <w:tcW w:type="dxa" w:w="709"/>
          </w:tcPr>
          <w:p>
            <w:r>
              <w:rPr>
                <w:sz w:val="18"/>
              </w:rPr>
              <w:t>12건</w:t>
            </w:r>
          </w:p>
        </w:tc>
        <w:tc>
          <w:tcPr>
            <w:tcW w:type="dxa" w:w="7625"/>
          </w:tcPr>
          <w:p>
            <w:r>
              <w:rPr>
                <w:sz w:val="18"/>
              </w:rPr>
              <w:t>5번 | 반품 회수가 일주일 넘게 걸린 적이 있어요.</w:t>
              <w:br/>
              <w:t>15번 | 반품 들어온 물건 확인이 느려서 환불이 늦어집니다.</w:t>
            </w:r>
          </w:p>
        </w:tc>
      </w:tr>
      <w:tr>
        <w:tc>
          <w:tcPr>
            <w:tcW w:type="dxa" w:w="2041"/>
          </w:tcPr>
          <w:p>
            <w:r>
              <w:rPr>
                <w:sz w:val="18"/>
              </w:rPr>
              <w:t>불만 · 정산서 어려움</w:t>
            </w:r>
          </w:p>
        </w:tc>
        <w:tc>
          <w:tcPr>
            <w:tcW w:type="dxa" w:w="709"/>
          </w:tcPr>
          <w:p>
            <w:r>
              <w:rPr>
                <w:sz w:val="18"/>
              </w:rPr>
              <w:t>9건</w:t>
            </w:r>
          </w:p>
        </w:tc>
        <w:tc>
          <w:tcPr>
            <w:tcW w:type="dxa" w:w="7625"/>
          </w:tcPr>
          <w:p>
            <w:r>
              <w:rPr>
                <w:sz w:val="18"/>
              </w:rPr>
              <w:t>2번 | 요금이 어떻게 계산됐는지 정산서만 봐서는 모르겠어요.</w:t>
              <w:br/>
              <w:t>6번 | 월말 정산서 항목이 많아서 이해하기 어렵습니다.</w:t>
            </w:r>
          </w:p>
        </w:tc>
      </w:tr>
    </w:tbl>
    <w:p>
      <w:r>
        <w:t>그 밖의 묶음: 칭찬 재고 확인 8건 / 불만 주말 문의 답 없음 6건.</w:t>
      </w:r>
    </w:p>
    <w:p>
      <w:pPr>
        <w:pStyle w:val="Heading2"/>
      </w:pPr>
      <w:r>
        <w:t>개선점 · 회의에서 합의할 초안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9"/>
        <w:gridCol w:w="3459"/>
        <w:gridCol w:w="3459"/>
      </w:tblGrid>
      <w:tr>
        <w:tc>
          <w:tcPr>
            <w:tcW w:type="dxa" w:w="3459"/>
          </w:tcPr>
          <w:p>
            <w:r>
              <w:t>무엇을</w:t>
            </w:r>
          </w:p>
        </w:tc>
        <w:tc>
          <w:tcPr>
            <w:tcW w:type="dxa" w:w="3459"/>
          </w:tcPr>
          <w:p>
            <w:r>
              <w:t>누가(제안)</w:t>
            </w:r>
          </w:p>
        </w:tc>
        <w:tc>
          <w:tcPr>
            <w:tcW w:type="dxa" w:w="3459"/>
          </w:tcPr>
          <w:p>
            <w:r>
              <w:t>언제까지</w:t>
            </w:r>
          </w:p>
        </w:tc>
      </w:tr>
      <w:tr>
        <w:tc>
          <w:tcPr>
            <w:tcW w:type="dxa" w:w="3459"/>
          </w:tcPr>
          <w:p>
            <w:r>
              <w:t>혼잡한 날 마감 시간 미리 안내</w:t>
            </w:r>
          </w:p>
        </w:tc>
        <w:tc>
          <w:tcPr>
            <w:tcW w:type="dxa" w:w="3459"/>
          </w:tcPr>
          <w:p>
            <w:r>
              <w:t>운송·센터</w:t>
            </w:r>
          </w:p>
        </w:tc>
        <w:tc>
          <w:tcPr>
            <w:tcW w:type="dxa" w:w="3459"/>
          </w:tcPr>
          <w:p>
            <w:r/>
          </w:p>
        </w:tc>
      </w:tr>
      <w:tr>
        <w:tc>
          <w:tcPr>
            <w:tcW w:type="dxa" w:w="3459"/>
          </w:tcPr>
          <w:p>
            <w:r>
              <w:t>접수 때 회수 예정일 안내</w:t>
            </w:r>
          </w:p>
        </w:tc>
        <w:tc>
          <w:tcPr>
            <w:tcW w:type="dxa" w:w="3459"/>
          </w:tcPr>
          <w:p>
            <w:r>
              <w:t>고객 응대</w:t>
            </w:r>
          </w:p>
        </w:tc>
        <w:tc>
          <w:tcPr>
            <w:tcW w:type="dxa" w:w="3459"/>
          </w:tcPr>
          <w:p>
            <w:r/>
          </w:p>
        </w:tc>
      </w:tr>
      <w:tr>
        <w:tc>
          <w:tcPr>
            <w:tcW w:type="dxa" w:w="3459"/>
          </w:tcPr>
          <w:p>
            <w:r>
              <w:t>정산서 항목 설명 한 장 붙이기</w:t>
            </w:r>
          </w:p>
        </w:tc>
        <w:tc>
          <w:tcPr>
            <w:tcW w:type="dxa" w:w="3459"/>
          </w:tcPr>
          <w:p>
            <w:r>
              <w:t>재무·정산</w:t>
            </w:r>
          </w:p>
        </w:tc>
        <w:tc>
          <w:tcPr>
            <w:tcW w:type="dxa" w:w="3459"/>
          </w:tcPr>
          <w:p>
            <w:r/>
          </w:p>
        </w:tc>
      </w:tr>
    </w:tbl>
    <w:p>
      <w:r>
        <w:t>확인 필요: 제안 부서의 실제 담당 여부, 실행 가능성, 완료 날짜. 고객 불만을 분석한 것이며 성과 개선을 입증한 자료는 아님.</w:t>
      </w:r>
    </w:p>
    <w:sectPr w:rsidR="00FC693F" w:rsidRPr="0006063C" w:rsidSect="00034616">
      <w:pgSz w:w="11906" w:h="16838"/>
      <w:pgMar w:top="709" w:right="765" w:bottom="709" w:left="76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맑은 고딕" w:hAnsi="맑은 고딕" w:eastAsia="맑은 고딕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