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 w:val="0"/>
          <w:color w:val="C0392B"/>
          <w:sz w:val="20"/>
        </w:rPr>
        <w:t>※ 교육 영상 시연용 가상 자료입니다. 회사·인물·일정·금액은 모두 지어낸 것입니다.</w:t>
      </w:r>
    </w:p>
    <w:p>
      <w:r>
        <w:rPr>
          <w:rFonts w:ascii="맑은 고딕" w:hAnsi="맑은 고딕" w:eastAsia="맑은 고딕"/>
          <w:b/>
          <w:sz w:val="32"/>
        </w:rPr>
        <w:t>채널·주제 묶음·12월 회사 일정 — 한결물류</w:t>
      </w:r>
    </w:p>
    <w:p>
      <w:r>
        <w:rPr>
          <w:rFonts w:ascii="맑은 고딕" w:hAnsi="맑은 고딕" w:eastAsia="맑은 고딕"/>
          <w:b w:val="0"/>
          <w:color w:val="666666"/>
          <w:sz w:val="20"/>
        </w:rPr>
        <w:t>쓰는 법: 아래 내용을 통째로 복사해 Claude 채팅 창의 부탁 문장 아래에 붙여 넣으세요.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[회사] 한결물류 (가명), 물류 대행·운송, 이천·평택 물류센터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[보는 사람] 온라인 쇼핑몰 사장님, 중소 제조사 물류 담당자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[채널] 인스타그램 월·수·금 / 블로그 매주 수요일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[주제 묶음] 물류 꿀팁 / 현장 이야기(이천·평택 센터) / 고객 이야기 / 알림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[12월 일정]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- 12월 1일(화) 새 서비스 «한결 당일출고» 시작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- 12월 14일~24일 연말 성수기, 출고 마감 오후 3시 → 오후 1시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- 12월 25일(금) 성탄절 휴무, 12월 31일(목) 오후 휴무, 1월 1일 휴무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[하면 안 되는 것] 고객사 실명, 동의 안 한 직원 얼굴, 요금 숫자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