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다음에도 이대로 해줘</w:t>
      </w:r>
    </w:p>
    <w:p>
      <w:pPr>
        <w:pStyle w:val="Heading1"/>
      </w:pPr>
      <w:r>
        <w:t>먼저 읽기</w:t>
      </w:r>
    </w:p>
    <w:p>
      <w:r>
        <w:t>이 메모와 새 평가 파일, 운영기준, 교육비 문서, 현장 메모를 함께 읽어줘. 자료가 없으면 지어내지 말고 확인 필요로 남겨줘.</w:t>
      </w:r>
    </w:p>
    <w:p>
      <w:pPr>
        <w:pStyle w:val="Heading1"/>
      </w:pPr>
      <w:r>
        <w:t>정리</w:t>
      </w:r>
    </w:p>
    <w:p>
      <w:r>
        <w:t>원본은 그대로 둬. 같은 평가 번호의 완전 중복만 빼고 바꾼 것을 기록해줘. 최신 월만 지도에 넣고 빈 점수나 근거는 0으로 넣지 마.</w:t>
      </w:r>
    </w:p>
    <w:p>
      <w:pPr>
        <w:pStyle w:val="Heading1"/>
      </w:pPr>
      <w:r>
        <w:t>설계</w:t>
      </w:r>
    </w:p>
    <w:p>
      <w:r>
        <w:t>목표는 3단계. 4단계도 근거·가르침 기록·동의·시간을 확인해줘. 한 멘토에 학습자 한 명, 총 4조까지만 잡아줘.</w:t>
      </w:r>
    </w:p>
    <w:p>
      <w:pPr>
        <w:pStyle w:val="Heading1"/>
      </w:pPr>
      <w:r>
        <w:t>파일 만들기</w:t>
      </w:r>
    </w:p>
    <w:p>
      <w:r>
        <w:t>새 결과 폴더에 지도 엑셀, 8주 계획 워드, 검토 보고 PDF를 만들어줘. 사람 순위는 만들지 마. 엑셀 칸을 눌러 계산식을 확인하게 해줘.</w:t>
      </w:r>
    </w:p>
    <w:p>
      <w:pPr>
        <w:pStyle w:val="Heading1"/>
      </w:pPr>
      <w:r>
        <w:t>검증</w:t>
      </w:r>
    </w:p>
    <w:p>
      <w:r>
        <w:t>월·행 수·독립·육성 검토·확인 대기 합계와 멘토·학습자 시간, 교육비를 대조해줘. 종료 점수는 관찰 전 빈칸으로 둬.</w:t>
      </w:r>
    </w:p>
    <w:p>
      <w:pPr>
        <w:pStyle w:val="Heading1"/>
      </w:pPr>
      <w:r>
        <w:t>멈추는 경우</w:t>
      </w:r>
    </w:p>
    <w:p>
      <w:r>
        <w:t>규칙·단가·구성원이 바뀌거나 삭제가 필요하면 먼저 물어봐. 폴더 밖 파일은 건드리지 마. 기존 결과는 덮지 말고 새 이름으로 저장해줘.</w:t>
      </w:r>
    </w:p>
    <w:p>
      <w:pPr>
        <w:pStyle w:val="Heading1"/>
      </w:pPr>
      <w:r>
        <w:t>보고</w:t>
      </w:r>
    </w:p>
    <w:p>
      <w:r>
        <w:t>쓴 자료·빠진 자료·바꾼 규칙·확인 대기·예상 비용·만든 파일 이름을 짧게 알려줘. 이름은 가명으로 유지해줘.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