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팀원별 평가 의견 · 검토용 초안</w:t>
      </w:r>
    </w:p>
    <w:p>
      <w:pPr>
        <w:pStyle w:val="Heading1"/>
      </w:pPr>
      <w:r>
        <w:t>박OO 주임</w:t>
      </w:r>
    </w:p>
    <w:p>
      <w:r>
        <w:t>교육 영상 시연용 가상 자료 | 검토 전 초안 | 등급 미정</w:t>
      </w:r>
    </w:p>
    <w:p>
      <w:pPr>
        <w:pStyle w:val="Heading2"/>
      </w:pPr>
      <w:r>
        <w:t>근거가 있는 관찰</w:t>
      </w:r>
    </w:p>
    <w:p>
      <w:r>
        <w:t>10/20~21 실사를 계획보다 하루 일찍 마치고 남은 하루를 출고 준비에 활용했다. 신입 2명에게 스캐너 사용법을 안내했다.</w:t>
      </w:r>
    </w:p>
    <w:p>
      <w:pPr>
        <w:pStyle w:val="Heading2"/>
      </w:pPr>
      <w:r>
        <w:t>찾아볼 기록</w:t>
      </w:r>
    </w:p>
    <w:p>
      <w:r>
        <w:t>R276·R277 / 2025-11-01~2026-10-31</w:t>
      </w:r>
    </w:p>
    <w:p>
      <w:pPr>
        <w:pStyle w:val="Heading2"/>
      </w:pPr>
      <w:r>
        <w:t>의미 · 해석</w:t>
      </w:r>
    </w:p>
    <w:p>
      <w:r>
        <w:t>해당 업무에서 확인·인계 행동을 기록했다. 효과의 크기와 반복성은 추가 확인 뒤 판단한다.</w:t>
      </w:r>
    </w:p>
    <w:p>
      <w:pPr>
        <w:pStyle w:val="Heading2"/>
      </w:pPr>
      <w:r>
        <w:t>확인 필요</w:t>
      </w:r>
    </w:p>
    <w:p>
      <w:r>
        <w:t>조기 완료의 반복성과 신입 숙련도는 확인 필요.</w:t>
      </w:r>
    </w:p>
    <w:p>
      <w:pPr>
        <w:pStyle w:val="Heading2"/>
      </w:pPr>
      <w:r>
        <w:t>다음 행동</w:t>
      </w:r>
    </w:p>
    <w:p>
      <w:r>
        <w:t>실사 범위와 완료일을 원계획과 대조한다.</w:t>
      </w:r>
    </w:p>
    <w:p>
      <w:pPr>
        <w:pStyle w:val="Heading2"/>
      </w:pPr>
      <w:r>
        <w:t>확인자·일자</w:t>
      </w:r>
    </w:p>
    <w:p>
      <w:r>
        <w:t>미정 · 미확인</w:t>
      </w:r>
    </w:p>
    <w:p>
      <w:r>
        <w:br w:type="page"/>
      </w:r>
    </w:p>
    <w:p>
      <w:pPr>
        <w:pStyle w:val="Heading1"/>
      </w:pPr>
      <w:r>
        <w:t>최OO 대리</w:t>
      </w:r>
    </w:p>
    <w:p>
      <w:r>
        <w:t>교육 영상 시연용 가상 자료 | 검토 전 초안 | 등급 미정</w:t>
      </w:r>
    </w:p>
    <w:p>
      <w:pPr>
        <w:pStyle w:val="Heading2"/>
      </w:pPr>
      <w:r>
        <w:t>근거가 있는 관찰</w:t>
      </w:r>
    </w:p>
    <w:p>
      <w:r>
        <w:t>정산 보고는 연간 48회 중 정시 45회로 93.75%였다. 10월 3회 지연과 10/27 운송 건수 1건 수정이 있었다. 거래처 문의에는 항목별로 회신했다.</w:t>
      </w:r>
    </w:p>
    <w:p>
      <w:pPr>
        <w:pStyle w:val="Heading2"/>
      </w:pPr>
      <w:r>
        <w:t>찾아볼 기록</w:t>
      </w:r>
    </w:p>
    <w:p>
      <w:r>
        <w:t>R281·R282·R283 / 2025-11-01~2026-10-31</w:t>
      </w:r>
    </w:p>
    <w:p>
      <w:pPr>
        <w:pStyle w:val="Heading2"/>
      </w:pPr>
      <w:r>
        <w:t>의미 · 해석</w:t>
      </w:r>
    </w:p>
    <w:p>
      <w:r>
        <w:t>해당 업무에서 확인·인계 행동을 기록했다. 효과의 크기와 반복성은 추가 확인 뒤 판단한다.</w:t>
      </w:r>
    </w:p>
    <w:p>
      <w:pPr>
        <w:pStyle w:val="Heading2"/>
      </w:pPr>
      <w:r>
        <w:t>확인 필요</w:t>
      </w:r>
    </w:p>
    <w:p>
      <w:r>
        <w:t>업무량 증가가 원인이라는 말은 팀장의 추측이다.</w:t>
      </w:r>
    </w:p>
    <w:p>
      <w:pPr>
        <w:pStyle w:val="Heading2"/>
      </w:pPr>
      <w:r>
        <w:t>다음 행동</w:t>
      </w:r>
    </w:p>
    <w:p>
      <w:r>
        <w:t>마감 지연 원인을 당사자와 확인한다.</w:t>
      </w:r>
    </w:p>
    <w:p>
      <w:pPr>
        <w:pStyle w:val="Heading2"/>
      </w:pPr>
      <w:r>
        <w:t>확인자·일자</w:t>
      </w:r>
    </w:p>
    <w:p>
      <w:r>
        <w:t>미정 · 미확인</w:t>
      </w:r>
    </w:p>
    <w:p>
      <w:r>
        <w:br w:type="page"/>
      </w:r>
    </w:p>
    <w:p>
      <w:pPr>
        <w:pStyle w:val="Heading1"/>
      </w:pPr>
      <w:r>
        <w:t>이OO 사원</w:t>
      </w:r>
    </w:p>
    <w:p>
      <w:r>
        <w:t>교육 영상 시연용 가상 자료 | 검토 전 초안 | 등급 미정</w:t>
      </w:r>
    </w:p>
    <w:p>
      <w:pPr>
        <w:pStyle w:val="Heading2"/>
      </w:pPr>
      <w:r>
        <w:t>근거가 있는 관찰</w:t>
      </w:r>
    </w:p>
    <w:p>
      <w:r>
        <w:t>출고 순서 변경과 인계 목록을 기록했다. 인계 후 재확인 기록이 남아 있다.</w:t>
      </w:r>
    </w:p>
    <w:p>
      <w:pPr>
        <w:pStyle w:val="Heading2"/>
      </w:pPr>
      <w:r>
        <w:t>찾아볼 기록</w:t>
      </w:r>
    </w:p>
    <w:p>
      <w:r>
        <w:t>R263·R264·R265·R288·R289·R290 / 2025-11-01~2026-10-31</w:t>
      </w:r>
    </w:p>
    <w:p>
      <w:pPr>
        <w:pStyle w:val="Heading2"/>
      </w:pPr>
      <w:r>
        <w:t>의미 · 해석</w:t>
      </w:r>
    </w:p>
    <w:p>
      <w:r>
        <w:t>해당 업무에서 확인·인계 행동을 기록했다. 효과의 크기와 반복성은 추가 확인 뒤 판단한다.</w:t>
      </w:r>
    </w:p>
    <w:p>
      <w:pPr>
        <w:pStyle w:val="Heading2"/>
      </w:pPr>
      <w:r>
        <w:t>확인 필요</w:t>
      </w:r>
    </w:p>
    <w:p>
      <w:r>
        <w:t>인계 누락 감소 효과는 별도 집계가 없어 확인 필요.</w:t>
      </w:r>
    </w:p>
    <w:p>
      <w:pPr>
        <w:pStyle w:val="Heading2"/>
      </w:pPr>
      <w:r>
        <w:t>다음 행동</w:t>
      </w:r>
    </w:p>
    <w:p>
      <w:r>
        <w:t>인계표 수신 확인을 보완한다.</w:t>
      </w:r>
    </w:p>
    <w:p>
      <w:pPr>
        <w:pStyle w:val="Heading2"/>
      </w:pPr>
      <w:r>
        <w:t>확인자·일자</w:t>
      </w:r>
    </w:p>
    <w:p>
      <w:r>
        <w:t>미정 · 미확인</w:t>
      </w:r>
    </w:p>
    <w:p>
      <w:r>
        <w:br w:type="page"/>
      </w:r>
    </w:p>
    <w:p>
      <w:pPr>
        <w:pStyle w:val="Heading1"/>
      </w:pPr>
      <w:r>
        <w:t>김OO 대리</w:t>
      </w:r>
    </w:p>
    <w:p>
      <w:r>
        <w:t>교육 영상 시연용 가상 자료 | 검토 전 초안 | 등급 미정</w:t>
      </w:r>
    </w:p>
    <w:p>
      <w:pPr>
        <w:pStyle w:val="Heading2"/>
      </w:pPr>
      <w:r>
        <w:t>근거가 있는 관찰</w:t>
      </w:r>
    </w:p>
    <w:p>
      <w:r>
        <w:t>긴급 배차 대안을 기록하고 운송사 회신을 확인했다.</w:t>
      </w:r>
    </w:p>
    <w:p>
      <w:pPr>
        <w:pStyle w:val="Heading2"/>
      </w:pPr>
      <w:r>
        <w:t>찾아볼 기록</w:t>
      </w:r>
    </w:p>
    <w:p>
      <w:r>
        <w:t>R267·R269·R292·R294 / 2025-11-01~2026-10-31</w:t>
      </w:r>
    </w:p>
    <w:p>
      <w:pPr>
        <w:pStyle w:val="Heading2"/>
      </w:pPr>
      <w:r>
        <w:t>의미 · 해석</w:t>
      </w:r>
    </w:p>
    <w:p>
      <w:r>
        <w:t>해당 업무에서 확인·인계 행동을 기록했다. 효과의 크기와 반복성은 추가 확인 뒤 판단한다.</w:t>
      </w:r>
    </w:p>
    <w:p>
      <w:pPr>
        <w:pStyle w:val="Heading2"/>
      </w:pPr>
      <w:r>
        <w:t>확인 필요</w:t>
      </w:r>
    </w:p>
    <w:p>
      <w:r>
        <w:t>운송비 절감액은 주어진 자료에 없다.</w:t>
      </w:r>
    </w:p>
    <w:p>
      <w:pPr>
        <w:pStyle w:val="Heading2"/>
      </w:pPr>
      <w:r>
        <w:t>다음 행동</w:t>
      </w:r>
    </w:p>
    <w:p>
      <w:r>
        <w:t>대안 채택 여부와 결과를 확인한다.</w:t>
      </w:r>
    </w:p>
    <w:p>
      <w:pPr>
        <w:pStyle w:val="Heading2"/>
      </w:pPr>
      <w:r>
        <w:t>확인자·일자</w:t>
      </w:r>
    </w:p>
    <w:p>
      <w:r>
        <w:t>미정 · 미확인</w:t>
      </w:r>
    </w:p>
    <w:p>
      <w:r>
        <w:br w:type="page"/>
      </w:r>
    </w:p>
    <w:p>
      <w:pPr>
        <w:pStyle w:val="Heading1"/>
      </w:pPr>
      <w:r>
        <w:t>정OO 주임</w:t>
      </w:r>
    </w:p>
    <w:p>
      <w:r>
        <w:t>교육 영상 시연용 가상 자료 | 검토 전 초안 | 등급 미정</w:t>
      </w:r>
    </w:p>
    <w:p>
      <w:pPr>
        <w:pStyle w:val="Heading2"/>
      </w:pPr>
      <w:r>
        <w:t>근거가 있는 관찰</w:t>
      </w:r>
    </w:p>
    <w:p>
      <w:r>
        <w:t>반품 접수번호와 수량을 대조하고 재입고 구역을 공유했다.</w:t>
      </w:r>
    </w:p>
    <w:p>
      <w:pPr>
        <w:pStyle w:val="Heading2"/>
      </w:pPr>
      <w:r>
        <w:t>찾아볼 기록</w:t>
      </w:r>
    </w:p>
    <w:p>
      <w:r>
        <w:t>R296·R297·R298 / 2025-11-01~2026-10-31</w:t>
      </w:r>
    </w:p>
    <w:p>
      <w:pPr>
        <w:pStyle w:val="Heading2"/>
      </w:pPr>
      <w:r>
        <w:t>의미 · 해석</w:t>
      </w:r>
    </w:p>
    <w:p>
      <w:r>
        <w:t>해당 업무에서 확인·인계 행동을 기록했다. 효과의 크기와 반복성은 추가 확인 뒤 판단한다.</w:t>
      </w:r>
    </w:p>
    <w:p>
      <w:pPr>
        <w:pStyle w:val="Heading2"/>
      </w:pPr>
      <w:r>
        <w:t>확인 필요</w:t>
      </w:r>
    </w:p>
    <w:p>
      <w:r>
        <w:t>R296 처리 완료 여부는 확인 필요.</w:t>
      </w:r>
    </w:p>
    <w:p>
      <w:pPr>
        <w:pStyle w:val="Heading2"/>
      </w:pPr>
      <w:r>
        <w:t>다음 행동</w:t>
      </w:r>
    </w:p>
    <w:p>
      <w:r>
        <w:t>완료 확인 날짜를 기록한다.</w:t>
      </w:r>
    </w:p>
    <w:p>
      <w:pPr>
        <w:pStyle w:val="Heading2"/>
      </w:pPr>
      <w:r>
        <w:t>확인자·일자</w:t>
      </w:r>
    </w:p>
    <w:p>
      <w:r>
        <w:t>미정 · 미확인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