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대화 준비지</w:t>
      </w:r>
    </w:p>
    <w:p>
      <w:r>
        <w:t>교육 영상 시연용 가상 자료</w:t>
      </w:r>
    </w:p>
    <w:p>
      <w:pPr>
        <w:pStyle w:val="Heading2"/>
      </w:pPr>
      <w:r>
        <w:t>상태</w:t>
      </w:r>
    </w:p>
    <w:p>
      <w:r>
        <w:t>대화 전 준비지 · 완성 예시 · 미합의. 기준일 2026-11-03. 회사·인물 가명. 외부 공유 금지의 실제 사내 규정 여부는 별도 확인한다.</w:t>
      </w:r>
    </w:p>
    <w:p>
      <w:pPr>
        <w:pStyle w:val="Heading2"/>
      </w:pPr>
      <w:r>
        <w:t>공통으로 볼 사실</w:t>
      </w:r>
    </w:p>
    <w:p>
      <w:r>
        <w:t>2026-10-26~10-31 원기록 7행에서 중복 C02 1행을 제외하면 고유 6건이다. 지연 4건의 합은 100분, 관련자 2명 누적은 200분이다. 지연이 모두 갈등 때문인지는 확인되지 않았다. C04 담당자 빈칸은 확인 필요다.</w:t>
      </w:r>
    </w:p>
    <w:p>
      <w:pPr>
        <w:pStyle w:val="Heading2"/>
      </w:pPr>
      <w:r>
        <w:t>각자에게 따로 물을 것</w:t>
      </w:r>
    </w:p>
    <w:p>
      <w:r>
        <w:t>박 주임: 어떤 변경 정보를 언제까지 받아야 다음 일을 할 수 있나요? 최 대리: 어떤 확인 표시가 있어야 최종본으로 알 수 있나요? 공통: 지금 기록과 다른 점이 있나요? 함께 이야기해도 괜찮을까요? 개별로 들은 말을 어떻게 공동 대화에 가져가도 될까요?</w:t>
      </w:r>
    </w:p>
    <w:p>
      <w:pPr>
        <w:pStyle w:val="Heading2"/>
      </w:pPr>
      <w:r>
        <w:t>공동 목적과 진행안</w:t>
      </w:r>
    </w:p>
    <w:p>
      <w:r>
        <w:t>목적은 변경 인계 때 두 사람이 같은 기준을 쓰게 하는 것이다. 2026-11-04 10:00, 15분을 제안한다. 2분 목적 확인→4분 각자 설명(각 2분)→3분 서로 요약→4분 다음 행동 초안→2분 확인. 아직 참석·시간에 합의하지 않았다.</w:t>
      </w:r>
    </w:p>
    <w:p>
      <w:pPr>
        <w:pStyle w:val="Heading2"/>
      </w:pPr>
      <w:r>
        <w:t>첫 말 예시</w:t>
      </w:r>
    </w:p>
    <w:p>
      <w:r>
        <w:t>“출고 변경을 확인하는 과정에서 기다림이 반복된 기록이 있어요. 오늘은 누구 잘못인지 결론 내리기보다, 어떤 정보와 확인이 있어야 다음 일을 할 수 있는지 맞춰 보고 싶어요. 기록부터 함께 봐도 괜찮을까요?”</w:t>
      </w:r>
    </w:p>
    <w:p>
      <w:pPr>
        <w:pStyle w:val="Heading2"/>
      </w:pPr>
      <w:r>
        <w:t>질문 뒤 기다릴 것</w:t>
      </w:r>
    </w:p>
    <w:p>
      <w:r>
        <w:t>상대가 답할 때 끼어들지 않는다. 서로 들은 내용을 한 번씩 바꾸어 말한다. 개별 의견을 사실처럼 상대에게 옮기지 않는다. 대답이 없으면 선택을 강요하지 말고 따로 이야기할 수 있는지 묻는다.</w:t>
      </w:r>
    </w:p>
    <w:p>
      <w:pPr>
        <w:pStyle w:val="Heading2"/>
      </w:pPr>
      <w:r>
        <w:t>다음 행동 초안</w:t>
      </w:r>
    </w:p>
    <w:p>
      <w:r>
        <w:t>당일 확인 담당은 팀장이 시작 전에 지정하는 잠정안이다. 변경 전달자는 바뀐 곳·전달 시각을 남긴다. 당일 담당자는 10분 내 수신 여부 답변, 불가 시 예상 시각과 이유 전달. 14:00 전달 예시는 14:10까지 수신 여부 답변이다. 수신 확인과 작업 완료를 구별한다. 답변이 없으면 전달자가 팀장에게 연락한다. 각자의 실행 가능 여부는 확인 필요.</w:t>
      </w:r>
    </w:p>
    <w:p>
      <w:pPr>
        <w:pStyle w:val="Heading2"/>
      </w:pPr>
      <w:r>
        <w:t>중단·추후 확인</w:t>
      </w:r>
    </w:p>
    <w:p>
      <w:r>
        <w:t>모욕·위협·괴롭힘이 제기되거나 공동 대화에 동의하지 않으면 함께 말하기를 강행하지 않는다. 사내 담당 절차로 별도 확인한다. 사과나 잘못 인정은 강제하지 않는다. 이 문서는 책임 판정이나 인사평가 문서가 아니다.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