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위임 대화 준비지 · W01 출고 확인표</w:t>
      </w:r>
    </w:p>
    <w:p>
      <w:r>
        <w:t>한결물류(가명) · 이천센터 | 회사·인물 모두 가명</w:t>
      </w:r>
    </w:p>
    <w:p>
      <w:r>
        <w:t>초안 예시 · 실제 위임 합의나 운영 실적이 아님. 다른 업무는 위임계획표에서 같은 항목을 채워 대화한다.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 w:val="0"/>
                <w:sz w:val="18"/>
              </w:rPr>
              <w:t>확인할 것</w:t>
            </w:r>
          </w:p>
        </w:tc>
        <w:tc>
          <w:tcPr>
            <w:tcW w:type="dxa" w:w="5100"/>
          </w:tcPr>
          <w:p>
            <w:r>
              <w:rPr>
                <w:b w:val="0"/>
                <w:sz w:val="18"/>
              </w:rPr>
              <w:t>W01 제안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sz w:val="18"/>
              </w:rPr>
              <w:t>대상</w:t>
            </w:r>
          </w:p>
        </w:tc>
        <w:tc>
          <w:tcPr>
            <w:tcW w:type="dxa" w:w="5100"/>
          </w:tcPr>
          <w:p>
            <w:r>
              <w:rPr>
                <w:b w:val="0"/>
                <w:sz w:val="18"/>
              </w:rPr>
              <w:t>박OO 주임(가명)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sz w:val="18"/>
              </w:rPr>
              <w:t>목적</w:t>
            </w:r>
          </w:p>
        </w:tc>
        <w:tc>
          <w:tcPr>
            <w:tcW w:type="dxa" w:w="5100"/>
          </w:tcPr>
          <w:p>
            <w:r>
              <w:rPr>
                <w:b w:val="0"/>
                <w:sz w:val="18"/>
              </w:rPr>
              <w:t>팀장이 자료 취합을 붙잡아 출고 승인이 늦어지는 상황 완화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sz w:val="18"/>
              </w:rPr>
              <w:t>결과물</w:t>
            </w:r>
          </w:p>
        </w:tc>
        <w:tc>
          <w:tcPr>
            <w:tcW w:type="dxa" w:w="5100"/>
          </w:tcPr>
          <w:p>
            <w:r>
              <w:rPr>
                <w:b w:val="0"/>
                <w:sz w:val="18"/>
              </w:rPr>
              <w:t>평일 15시까지 출고 확인표 초안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sz w:val="18"/>
              </w:rPr>
              <w:t>완료 기준</w:t>
            </w:r>
          </w:p>
        </w:tc>
        <w:tc>
          <w:tcPr>
            <w:tcW w:type="dxa" w:w="5100"/>
          </w:tcPr>
          <w:p>
            <w:r>
              <w:rPr>
                <w:b w:val="0"/>
                <w:sz w:val="18"/>
              </w:rPr>
              <w:t>누락 확인·원자료 대조·보류 건 표시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sz w:val="18"/>
              </w:rPr>
              <w:t>직접 결정할 범위</w:t>
            </w:r>
          </w:p>
        </w:tc>
        <w:tc>
          <w:tcPr>
            <w:tcW w:type="dxa" w:w="5100"/>
          </w:tcPr>
          <w:p>
            <w:r>
              <w:rPr>
                <w:b w:val="0"/>
                <w:sz w:val="18"/>
              </w:rPr>
              <w:t>자료 취합·누락 확인·초안 작성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sz w:val="18"/>
              </w:rPr>
              <w:t>팀장에게 남기는 것</w:t>
            </w:r>
          </w:p>
        </w:tc>
        <w:tc>
          <w:tcPr>
            <w:tcW w:type="dxa" w:w="5100"/>
          </w:tcPr>
          <w:p>
            <w:r>
              <w:rPr>
                <w:b w:val="0"/>
                <w:sz w:val="18"/>
              </w:rPr>
              <w:t>고객 약속·출고 순서 변경·최종 승인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sz w:val="18"/>
              </w:rPr>
              <w:t>연락</w:t>
            </w:r>
          </w:p>
        </w:tc>
        <w:tc>
          <w:tcPr>
            <w:tcW w:type="dxa" w:w="5100"/>
          </w:tcPr>
          <w:p>
            <w:r>
              <w:rPr>
                <w:b w:val="0"/>
                <w:sz w:val="18"/>
              </w:rPr>
              <w:t>안전·고객 약속 변경·마감 지연 예상은 즉시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sz w:val="18"/>
              </w:rPr>
              <w:t>확인 시간</w:t>
            </w:r>
          </w:p>
        </w:tc>
        <w:tc>
          <w:tcPr>
            <w:tcW w:type="dxa" w:w="5100"/>
          </w:tcPr>
          <w:p>
            <w:r>
              <w:rPr>
                <w:b w:val="0"/>
                <w:sz w:val="18"/>
              </w:rPr>
              <w:t>평일 15시 초안 확인, 팀장 주 40분 예상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sz w:val="18"/>
              </w:rPr>
              <w:t>여력</w:t>
            </w:r>
          </w:p>
        </w:tc>
        <w:tc>
          <w:tcPr>
            <w:tcW w:type="dxa" w:w="5100"/>
          </w:tcPr>
          <w:p>
            <w:r>
              <w:rPr>
                <w:b w:val="0"/>
                <w:sz w:val="18"/>
              </w:rPr>
              <w:t>안정기 330/360분, 첫 주 390/360분 → 30분 조정 필요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sz w:val="18"/>
              </w:rPr>
              <w:t>시험 기간</w:t>
            </w:r>
          </w:p>
        </w:tc>
        <w:tc>
          <w:tcPr>
            <w:tcW w:type="dxa" w:w="5100"/>
          </w:tcPr>
          <w:p>
            <w:r>
              <w:rPr>
                <w:b w:val="0"/>
                <w:sz w:val="18"/>
              </w:rPr>
              <w:t>2026-11-09~2026-11-20 제안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  <w:sz w:val="18"/>
              </w:rPr>
              <w:t>합의 상태</w:t>
            </w:r>
          </w:p>
        </w:tc>
        <w:tc>
          <w:tcPr>
            <w:tcW w:type="dxa" w:w="5100"/>
          </w:tcPr>
          <w:p>
            <w:r>
              <w:rPr>
                <w:b w:val="0"/>
                <w:sz w:val="18"/>
              </w:rPr>
              <w:t>조정할 기존 업무·권한 부여·시작일·본인 동의 모두 확인 필요</w:t>
            </w:r>
          </w:p>
        </w:tc>
      </w:tr>
    </w:tbl>
    <w:p>
      <w:pPr>
        <w:pStyle w:val="Heading1"/>
      </w:pPr>
      <w:r>
        <w:t>대화 순서</w:t>
      </w:r>
    </w:p>
    <w:p>
      <w:r>
        <w:t>1. 왜 맡기는지: 자료 취합이 팀장에게 몰려 확인이 늦어지고 있어요. 초안 정리를 맡아 줄 수 있을까요?</w:t>
      </w:r>
    </w:p>
    <w:p>
      <w:r>
        <w:t>2. 무엇을 맡기는지: 출고 순서를 바꾸는 일은 제가 합니다. 초안의 누락·근거·보류 표시까지 부탁드려요.</w:t>
      </w:r>
    </w:p>
    <w:p>
      <w:r>
        <w:t>3. 여력부터: 첫 주는 30분이 넘칩니다. 어떤 기존 업무를 조정해야 가능한지 같이 정해 보죠.</w:t>
      </w:r>
    </w:p>
    <w:p>
      <w:r>
        <w:t>4. 확인 약속: 평일 15시에 보고, 안전 우려나 고객 약속 변경은 바로 알려 주세요.</w:t>
      </w:r>
    </w:p>
    <w:p>
      <w:r>
        <w:t>5. 되짚기: 맡을 범위와 제가 확인할 일을 본인 말로 설명해 주실 수 있을까요?</w:t>
      </w:r>
    </w:p>
    <w:p>
      <w:pPr>
        <w:pStyle w:val="Heading1"/>
      </w:pPr>
      <w:r>
        <w:t>실제 합의 후 기록</w:t>
      </w:r>
    </w:p>
    <w:p>
      <w:r>
        <w:t>줄이거나 늦출 기존 업무: __________________</w:t>
      </w:r>
    </w:p>
    <w:p>
      <w:r>
        <w:t>부여할 접근 권한·교육 지원: __________________</w:t>
      </w:r>
    </w:p>
    <w:p>
      <w:r>
        <w:t>서로 확인한 시작일·다시 볼 날: __________________</w:t>
      </w:r>
    </w:p>
    <w:p>
      <w:r>
        <w:t>팀원이 말한 걱정·합의한 조정: __________________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