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sz w:val="36"/>
        </w:rPr>
        <w:t>4분기 팀 목표와 팀원 메모</w:t>
      </w:r>
    </w:p>
    <w:p>
      <w:r>
        <w:rPr>
          <w:rFonts w:ascii="맑은 고딕" w:hAnsi="맑은 고딕" w:eastAsia="맑은 고딕"/>
          <w:b w:val="0"/>
          <w:color w:val="C0392B"/>
          <w:sz w:val="20"/>
        </w:rPr>
        <w:t>교육 영상 시연용 가상 자료입니다. 회사·인물·수치는 모두 가명·예시입니다.</w:t>
      </w:r>
    </w:p>
    <w:p>
      <w:r>
        <w:rPr>
          <w:rFonts w:ascii="맑은 고딕" w:hAnsi="맑은 고딕" w:eastAsia="맑은 고딕"/>
          <w:b w:val="0"/>
          <w:color w:val="666666"/>
          <w:sz w:val="20"/>
        </w:rPr>
        <w:t>쓰는 법: 아래 내용을 모두 복사해 Claude 채팅 창 요청 글 아래에 붙여 넣으세요.</w:t>
      </w:r>
    </w:p>
    <w:p>
      <w:pPr>
        <w:spacing w:after="40" w:before="200"/>
      </w:pPr>
      <w:r>
        <w:rPr>
          <w:rFonts w:ascii="맑은 고딕" w:hAnsi="맑은 고딕" w:eastAsia="맑은 고딕"/>
          <w:b/>
          <w:sz w:val="22"/>
        </w:rPr>
        <w:t>[우리 팀] 한결물류 수도권 운송팀, 팀원 5명 (모두 가명)</w:t>
      </w:r>
    </w:p>
    <w:p>
      <w:pPr>
        <w:spacing w:after="40" w:before="200"/>
      </w:pPr>
      <w:r>
        <w:rPr>
          <w:rFonts w:ascii="맑은 고딕" w:hAnsi="맑은 고딕" w:eastAsia="맑은 고딕"/>
          <w:b/>
          <w:sz w:val="22"/>
        </w:rPr>
        <w:t>[4분기 팀 목표]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1) 평택센터 출고 오류 줄이기: 0.8% → 0.5%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2) 대현테크 평택 2공장 운송 안정적으로 시작 (11/10 첫 운행)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3) 연말 재고 실사 12/20까지 끝내기</w:t>
      </w:r>
    </w:p>
    <w:p>
      <w:pPr>
        <w:spacing w:after="40" w:before="200"/>
      </w:pPr>
      <w:r>
        <w:rPr>
          <w:rFonts w:ascii="맑은 고딕" w:hAnsi="맑은 고딕" w:eastAsia="맑은 고딕"/>
          <w:b/>
          <w:sz w:val="22"/>
        </w:rPr>
        <w:t>[팀원 메모]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김OO 대리: 대현테크 담당, 고객 응대 강함, 요즘 바쁨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이OO 대리: 배차 담당, 숫자 분석 잘함, 교육 받고 싶어 함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박OO 주임: 재고 실사 경험 많음, 신입 교육 잘함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최OO 대리: 정산 담당, 꼼꼼함, 월말엔 바쁨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정OO 사원: 입사 1년, 고객 문의 응대, 새 일 해 보고 싶어 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