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sz w:val="36"/>
        </w:rPr>
        <w:t>팀원 피드백용 사실 메모</w:t>
      </w:r>
    </w:p>
    <w:p>
      <w:r>
        <w:rPr>
          <w:rFonts w:ascii="맑은 고딕" w:hAnsi="맑은 고딕" w:eastAsia="맑은 고딕"/>
          <w:b w:val="0"/>
          <w:color w:val="C0392B"/>
          <w:sz w:val="20"/>
        </w:rPr>
        <w:t>교육 영상 시연용 가상 자료입니다. 회사·인물·수치는 모두 가명·예시입니다.</w:t>
      </w:r>
    </w:p>
    <w:p>
      <w:r>
        <w:rPr>
          <w:rFonts w:ascii="맑은 고딕" w:hAnsi="맑은 고딕" w:eastAsia="맑은 고딕"/>
          <w:b w:val="0"/>
          <w:color w:val="666666"/>
          <w:sz w:val="20"/>
        </w:rPr>
        <w:t>쓰는 법: 아래 내용을 모두 복사해 Claude 채팅 창 요청 글 아래에 붙여 넣으세요.</w:t>
      </w:r>
    </w:p>
    <w:p>
      <w:pPr>
        <w:spacing w:after="40" w:before="200"/>
      </w:pPr>
      <w:r>
        <w:rPr>
          <w:rFonts w:ascii="맑은 고딕" w:hAnsi="맑은 고딕" w:eastAsia="맑은 고딕"/>
          <w:b/>
          <w:sz w:val="22"/>
        </w:rPr>
        <w:t>[칭찬할 사람] 박OO 주임 (가명), 한결물류 이천센터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- 10/20~21 재고 실사를 계획보다 하루 일찍 끝냄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남은 하루로 대현테크 출고 준비를 당겨서 함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실사 중 신입 2명에게 스캐너 쓰는 법을 직접 알려 줌</w:t>
      </w:r>
    </w:p>
    <w:p>
      <w:pPr>
        <w:spacing w:after="40" w:before="200"/>
      </w:pPr>
      <w:r>
        <w:rPr>
          <w:rFonts w:ascii="맑은 고딕" w:hAnsi="맑은 고딕" w:eastAsia="맑은 고딕"/>
          <w:b/>
          <w:sz w:val="22"/>
        </w:rPr>
        <w:t>[부탁할 사람] 최OO 대리 (가명), 운송비 정산 담당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주간 정산 보고 마감: 월요일 오전 10시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최근 3주 연속 월요일 오후 늦게 들어옴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- 10/27 보고에서 평택 운송 건수 1건 틀림 (내가 고쳐서 올림)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거래처 응대는 꼼꼼하다는 말을 여러 번 들음</w:t>
      </w:r>
    </w:p>
    <w:p>
      <w:pPr>
        <w:spacing w:after="40" w:before="200"/>
      </w:pPr>
      <w:r>
        <w:rPr>
          <w:rFonts w:ascii="맑은 고딕" w:hAnsi="맑은 고딕" w:eastAsia="맑은 고딕"/>
          <w:b/>
          <w:sz w:val="22"/>
        </w:rPr>
        <w:t>[내 짐작, 확인 안 됨]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최 대리가 요즘 정산 말고 다른 일이 늘어서일 수도 있음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