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sz w:val="36"/>
        </w:rPr>
        <w:t>1:1 면담 전 내 메모 — 이OO 대리</w:t>
      </w:r>
    </w:p>
    <w:p>
      <w:r>
        <w:rPr>
          <w:rFonts w:ascii="맑은 고딕" w:hAnsi="맑은 고딕" w:eastAsia="맑은 고딕"/>
          <w:b w:val="0"/>
          <w:color w:val="C0392B"/>
          <w:sz w:val="20"/>
        </w:rPr>
        <w:t>교육 영상 시연용 가상 자료입니다. 회사·인물·수치는 모두 가명·예시입니다.</w:t>
      </w:r>
    </w:p>
    <w:p>
      <w:r>
        <w:rPr>
          <w:rFonts w:ascii="맑은 고딕" w:hAnsi="맑은 고딕" w:eastAsia="맑은 고딕"/>
          <w:b w:val="0"/>
          <w:color w:val="666666"/>
          <w:sz w:val="20"/>
        </w:rPr>
        <w:t>쓰는 법: 아래 내용을 모두 복사해 Claude 채팅 창 요청 글 아래에 붙여 넣으세요.</w:t>
      </w:r>
    </w:p>
    <w:p>
      <w:pPr>
        <w:spacing w:after="40" w:before="200"/>
      </w:pPr>
      <w:r>
        <w:rPr>
          <w:rFonts w:ascii="맑은 고딕" w:hAnsi="맑은 고딕" w:eastAsia="맑은 고딕"/>
          <w:b/>
          <w:sz w:val="22"/>
        </w:rPr>
        <w:t>[면담 상대] 이OO 대리 (가명), 입사 4년 차, 한결물류 평택센터 배차 담당</w:t>
      </w:r>
    </w:p>
    <w:p>
      <w:pPr>
        <w:spacing w:after="40" w:before="200"/>
      </w:pPr>
      <w:r>
        <w:rPr>
          <w:rFonts w:ascii="맑은 고딕" w:hAnsi="맑은 고딕" w:eastAsia="맑은 고딕"/>
          <w:b/>
          <w:sz w:val="22"/>
        </w:rPr>
        <w:t>[면담] 금요일 오후 4시, 30분, 정기 1:1</w:t>
      </w:r>
    </w:p>
    <w:p>
      <w:pPr>
        <w:spacing w:after="40" w:before="200"/>
      </w:pPr>
      <w:r>
        <w:rPr>
          <w:rFonts w:ascii="맑은 고딕" w:hAnsi="맑은 고딕" w:eastAsia="맑은 고딕"/>
          <w:b/>
          <w:sz w:val="22"/>
        </w:rPr>
        <w:t>[지난 면담(9월)에서 내가 한 약속]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배차 프로그램 심화 교육 보내 주기 → 아직 못 함</w:t>
      </w:r>
    </w:p>
    <w:p>
      <w:pPr>
        <w:spacing w:after="40" w:before="200"/>
      </w:pPr>
      <w:r>
        <w:rPr>
          <w:rFonts w:ascii="맑은 고딕" w:hAnsi="맑은 고딕" w:eastAsia="맑은 고딕"/>
          <w:b/>
          <w:sz w:val="22"/>
        </w:rPr>
        <w:t>[최근 잘한 일, 내가 본 것]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- 10/18(토) 대현테크 긴급 출고 8건, 주말에 배차 잡아서 납기 지킴</w:t>
      </w:r>
    </w:p>
    <w:p>
      <w:pPr>
        <w:spacing w:after="40" w:before="200"/>
      </w:pPr>
      <w:r>
        <w:rPr>
          <w:rFonts w:ascii="맑은 고딕" w:hAnsi="맑은 고딕" w:eastAsia="맑은 고딕"/>
          <w:b/>
          <w:sz w:val="22"/>
        </w:rPr>
        <w:t>[신경 쓰이는 점, 내가 본 것]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최근 2주 팀 회의에서 발언 거의 없음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- 10월 야근 기록 주 3회 정도</w:t>
      </w:r>
    </w:p>
    <w:p>
      <w:pPr>
        <w:spacing w:after="40" w:before="200"/>
      </w:pPr>
      <w:r>
        <w:rPr>
          <w:rFonts w:ascii="맑은 고딕" w:hAnsi="맑은 고딕" w:eastAsia="맑은 고딕"/>
          <w:b/>
          <w:sz w:val="22"/>
        </w:rPr>
        <w:t>[들은 얘기, 확인 안 됨]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이천센터로 옮기고 싶어 한다는 얘기 (확인 필요)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