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1:1 면담 준비지 — 이OO 대리</w:t>
      </w:r>
    </w:p>
    <w:p>
      <w:r>
        <w:t>교육 영상 시연용 가상 자료 · 결과 예시 · 회사·인물은 가명, 수치는 예시</w:t>
      </w:r>
    </w:p>
    <w:p>
      <w:r>
        <w:t>한결물류 평택센터 배차 담당 · 입사 4년 차</w:t>
        <w:br/>
        <w:t>금요일 오후 4시 · 30분 · 정기 1:1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1871"/>
          </w:tcPr>
          <w:p>
            <w:r>
              <w:t>① 지난 약속</w:t>
            </w:r>
          </w:p>
        </w:tc>
        <w:tc>
          <w:tcPr>
            <w:tcW w:type="dxa" w:w="8050"/>
          </w:tcPr>
          <w:p>
            <w:r>
              <w:t>9월에 약속한 배차 프로그램 심화 교육을 아직 못 보냄.</w:t>
              <w:br/>
              <w:t>먼저 꺼낼 말: 교육 아직 못 보내 줬네. 내가 일정부터 알아볼게.</w:t>
            </w:r>
          </w:p>
        </w:tc>
      </w:tr>
      <w:tr>
        <w:tc>
          <w:tcPr>
            <w:tcW w:type="dxa" w:w="1871"/>
          </w:tcPr>
          <w:p>
            <w:r>
              <w:t>② 최근 잘한 일</w:t>
            </w:r>
          </w:p>
        </w:tc>
        <w:tc>
          <w:tcPr>
            <w:tcW w:type="dxa" w:w="8050"/>
          </w:tcPr>
          <w:p>
            <w:r>
              <w:t>10/18(토) 대현테크 긴급 출고 8건의 배차를 주말에 잡아 납기를 지킴.</w:t>
            </w:r>
          </w:p>
        </w:tc>
      </w:tr>
      <w:tr>
        <w:tc>
          <w:tcPr>
            <w:tcW w:type="dxa" w:w="1871"/>
          </w:tcPr>
          <w:p>
            <w:r>
              <w:t>③ 신경 쓰이는 점</w:t>
            </w:r>
          </w:p>
        </w:tc>
        <w:tc>
          <w:tcPr>
            <w:tcW w:type="dxa" w:w="8050"/>
          </w:tcPr>
          <w:p>
            <w:r>
              <w:t>최근 2주 팀 회의에서 발언 거의 없음.</w:t>
              <w:br/>
              <w:t>10월 야근 기록 주 3회 정도. 이유는 단정하지 않음.</w:t>
            </w:r>
          </w:p>
        </w:tc>
      </w:tr>
      <w:tr>
        <w:tc>
          <w:tcPr>
            <w:tcW w:type="dxa" w:w="1871"/>
          </w:tcPr>
          <w:p>
            <w:r>
              <w:t>④ 열린 질문 5개</w:t>
            </w:r>
          </w:p>
        </w:tc>
        <w:tc>
          <w:tcPr>
            <w:tcW w:type="dxa" w:w="8050"/>
          </w:tcPr>
          <w:p>
            <w:r>
              <w:t>1. 요즘 일하면서 가장 먼저 떠오르는 얘기는 뭐야?</w:t>
              <w:br/>
              <w:t>2. 10/18 긴급 출고 8건을 맞출 때 어떤 점이 도움이 됐어?</w:t>
              <w:br/>
              <w:t>3. 최근 2주 회의에서 얘기하고 싶었는데 못 꺼낸 게 있다면 뭐야?</w:t>
              <w:br/>
              <w:t>4. 10월에 야근이 주 3회 정도 있었는데, 어느 일에 시간이 많이 들었어?</w:t>
              <w:br/>
              <w:t>5. 앞으로 맡아 보고 싶은 일이나 바꾸고 싶은 일은 뭐야?</w:t>
            </w:r>
          </w:p>
        </w:tc>
      </w:tr>
      <w:tr>
        <w:tc>
          <w:tcPr>
            <w:tcW w:type="dxa" w:w="1871"/>
          </w:tcPr>
          <w:p>
            <w:r>
              <w:t>⑤ 듣고 확인할 것</w:t>
            </w:r>
          </w:p>
        </w:tc>
        <w:tc>
          <w:tcPr>
            <w:tcW w:type="dxa" w:w="8050"/>
          </w:tcPr>
          <w:p>
            <w:r>
              <w:t>업무에서 시간이 많이 드는 지점과 필요한 지원.</w:t>
              <w:br/>
              <w:t>이천센터 이동 희망은 들은 얘기일 뿐 (확인 필요). 먼저 묻지 않음.</w:t>
            </w:r>
          </w:p>
        </w:tc>
      </w:tr>
      <w:tr>
        <w:tc>
          <w:tcPr>
            <w:tcW w:type="dxa" w:w="1871"/>
          </w:tcPr>
          <w:p>
            <w:r>
              <w:t>⑥ 같이 정할 다음 행동</w:t>
            </w:r>
          </w:p>
        </w:tc>
        <w:tc>
          <w:tcPr>
            <w:tcW w:type="dxa" w:w="8050"/>
          </w:tcPr>
          <w:p>
            <w:r>
              <w:t>교육 일정 등 필요한 지원을 함께 정하기. 담당·기한은 면담에서 합의.</w:t>
              <w:br/>
              <w:t>들은 것: __________________  같이 정한 것: __________________</w:t>
              <w:br/>
              <w:t>내가 할 일: _____________________________________________</w:t>
            </w:r>
          </w:p>
        </w:tc>
      </w:tr>
    </w:tbl>
    <w:sectPr w:rsidR="00FC693F" w:rsidRPr="0006063C" w:rsidSect="00034616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