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sz w:val="36"/>
        </w:rPr>
        <w:t>수도권 운송팀 팀원 주간 보고 (받은 그대로)</w:t>
      </w:r>
    </w:p>
    <w:p>
      <w:r>
        <w:rPr>
          <w:rFonts w:ascii="맑은 고딕" w:hAnsi="맑은 고딕" w:eastAsia="맑은 고딕"/>
          <w:b w:val="0"/>
          <w:color w:val="C0392B"/>
          <w:sz w:val="20"/>
        </w:rPr>
        <w:t>교육 영상 시연용 가상 자료입니다. 회사·인물·수치는 모두 가명·예시입니다.</w:t>
      </w:r>
    </w:p>
    <w:p>
      <w:r>
        <w:rPr>
          <w:rFonts w:ascii="맑은 고딕" w:hAnsi="맑은 고딕" w:eastAsia="맑은 고딕"/>
          <w:b w:val="0"/>
          <w:color w:val="666666"/>
          <w:sz w:val="20"/>
        </w:rPr>
        <w:t>쓰는 법: 아래 내용을 모두 복사해 Claude 채팅 창 요청 글 아래에 붙여 넣으세요.</w:t>
      </w:r>
    </w:p>
    <w:p>
      <w:pPr>
        <w:spacing w:after="40" w:before="200"/>
      </w:pPr>
      <w:r>
        <w:rPr>
          <w:rFonts w:ascii="맑은 고딕" w:hAnsi="맑은 고딕" w:eastAsia="맑은 고딕"/>
          <w:b/>
          <w:sz w:val="22"/>
        </w:rPr>
        <w:t>[우리 팀] 한결물류 수도권 운송팀, 팀원 5명 (모두 가명)</w:t>
      </w:r>
    </w:p>
    <w:p>
      <w:pPr>
        <w:spacing w:after="40" w:before="200"/>
      </w:pPr>
      <w:r>
        <w:rPr>
          <w:rFonts w:ascii="맑은 고딕" w:hAnsi="맑은 고딕" w:eastAsia="맑은 고딕"/>
          <w:b/>
          <w:sz w:val="22"/>
        </w:rPr>
        <w:t>[이번 주 팀원 보고, 받은 그대로]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김OO 대리: 대현테크 평택 2공장 운송 준비함. 차량 3대 배정 끝. 11/10 첫 운행 예정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이OO 대리: 이번주 배차 412건 처리. 지연 9건 (기사님 부족). 다음주도 비슷할 듯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박OO 주임: 이천센터 재고 실사 끝. 오차 0.3%. 신입 2명 스캐너 교육함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최OO 대리: 10월 운송비 정산 80% 끝냄… 거래처 2곳 세금계산서 아직 안 옴ㅠ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정OO 사원: 고객 문의 63건 응대. 배송 조회 질문이 많음. 안내문 있으면 좋겠어요</w:t>
      </w:r>
    </w:p>
    <w:p>
      <w:pPr>
        <w:spacing w:after="40" w:before="200"/>
      </w:pPr>
      <w:r>
        <w:rPr>
          <w:rFonts w:ascii="맑은 고딕" w:hAnsi="맑은 고딕" w:eastAsia="맑은 고딕"/>
          <w:b/>
          <w:sz w:val="22"/>
        </w:rPr>
        <w:t>[보고 받을 사람] 물류사업본부장, 월요일 오전 회의 전에 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