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0392B"/>
          <w:sz w:val="18"/>
        </w:rPr>
        <w:t>교육 영상 시연용 가상 자료 — 회사·인물·금액은 모두 지어낸 것입니다</w:t>
      </w:r>
    </w:p>
    <w:p>
      <w:r>
        <w:rPr>
          <w:b/>
          <w:sz w:val="32"/>
        </w:rPr>
        <w:t>메모 모음 — 세움식품 클레임 건</w:t>
      </w:r>
    </w:p>
    <w:p>
      <w:r>
        <w:t>여러 사람이 각자 적은 메모를 한 파일에 붙여 넣은 것 · 날짜 표기가 제각각임</w:t>
      </w:r>
    </w:p>
    <w:p>
      <w:r>
        <w:rPr>
          <w:b/>
          <w:sz w:val="24"/>
        </w:rPr>
        <w:t>통화 메모 — 8/6 아침 (운영팀 정 과장)</w:t>
      </w:r>
    </w:p>
    <w:p>
      <w:r>
        <w:t>8/6 07:55 부산센터 입고 담당 전화. 차가 7시 반쯤 들어왔는데 온도가 높다고 함.</w:t>
      </w:r>
    </w:p>
    <w:p>
      <w:r>
        <w:t>제품 온도 8.5도라고 함. 인수증에 이의 적었다고. 문 과장에게도 보고한다고 함.</w:t>
      </w:r>
    </w:p>
    <w:p>
      <w:r>
        <w:t>→ 기사한테 확인 요청 (카톡)</w:t>
      </w:r>
    </w:p>
    <w:p>
      <w:r>
        <w:rPr>
          <w:b/>
          <w:sz w:val="24"/>
        </w:rPr>
        <w:t>기사 진술 — 2026.08.08 (바른운송 통해 전달받음)</w:t>
      </w:r>
    </w:p>
    <w:p>
      <w:r>
        <w:t>8월 5일 20시경 평택 출발. 냉동기 설정 3도.</w:t>
      </w:r>
    </w:p>
    <w:p>
      <w:r>
        <w:t>8월 6일 새벽 2시경 휴게소 정차, 약 40분 쉼. 냉동기는 켜 둠. 문은 열지 않음.</w:t>
      </w:r>
    </w:p>
    <w:p>
      <w:r>
        <w:t>출발 후 온도 표시가 조금 올라간 걸 봤으나 곧 내려옴. 도착 7시 40분.</w:t>
      </w:r>
    </w:p>
    <w:p>
      <w:r>
        <w:t>(메모 작성: 바른운송 배차 담당, 기사 서명 없음)</w:t>
      </w:r>
    </w:p>
    <w:p>
      <w:r>
        <w:rPr>
          <w:b/>
          <w:sz w:val="24"/>
        </w:rPr>
        <w:t>운영팀 회의 메모 — 8월 13일</w:t>
      </w:r>
    </w:p>
    <w:p>
      <w:r>
        <w:t>참석: 운영팀장, 정 과장, 배차 담당 2명</w:t>
      </w:r>
    </w:p>
    <w:p>
      <w:r>
        <w:t>- 협력사 차량 냉동기 정비 기록 확인 필요 (7월에 정비했다는 얘기 있음, 서류 못 봄)</w:t>
      </w:r>
    </w:p>
    <w:p>
      <w:r>
        <w:t>- 온도 기록에 새벽 3시대 빈 구간 있다는 얘기 (확인 필요)</w:t>
      </w:r>
    </w:p>
    <w:p>
      <w:r>
        <w:t>- 세움식품과 연락은 당분간 정 과장 한 명으로</w:t>
      </w:r>
    </w:p>
    <w:p>
      <w:r>
        <w:rPr>
          <w:b/>
          <w:sz w:val="24"/>
        </w:rPr>
        <w:t>영업 통화 메모 — 2026-08-21 (영업팀 하 대리)</w:t>
      </w:r>
    </w:p>
    <w:p>
      <w:r>
        <w:t>엄 팀장 통화. 운임 보류는 클레임 끝날 때까지라고 함.</w:t>
      </w:r>
    </w:p>
    <w:p>
      <w:r>
        <w:t>서로 언성 높아짐. 상대가 '운임 받고 싶으면 소송하라'는 식으로 말함 (정확한 표현은 기억 안 남).</w:t>
      </w:r>
    </w:p>
    <w:p>
      <w:r>
        <w:t>나도 '그럼 거래 끊자는 거냐'고 함.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