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Claude 채팅에서 쓰는 8단계 부탁 문장</w:t>
      </w:r>
    </w:p>
    <w:p>
      <w:r>
        <w:t>교육 영상 시연용 가상 자료</w:t>
      </w:r>
    </w:p>
    <w:p>
      <w:pPr>
        <w:pStyle w:val="Heading1"/>
      </w:pPr>
      <w:r>
        <w:t>STEP 1</w:t>
      </w:r>
    </w:p>
    <w:p>
      <w:r>
        <w:t>한결물류 광고 15개를 점검할 거야. 첨부한 문구와 근거를 먼저 읽어줘.</w:t>
        <w:br/>
        <w:t>문구 번호와 원문은 그대로 두고, 근거 번호와 확인할 점을 표로 묶어줘.</w:t>
        <w:br/>
        <w:t>내가 안 준 내용은 지어내지 말고, 없는 건 (확인 필요)라고 써줘.</w:t>
        <w:br/>
        <w:t>아직 위법이나 게시 가능 여부는 단정하지 마.</w:t>
      </w:r>
    </w:p>
    <w:p>
      <w:pPr>
        <w:pStyle w:val="Heading1"/>
      </w:pPr>
      <w:r>
        <w:t>STEP 2</w:t>
      </w:r>
    </w:p>
    <w:p>
      <w:r>
        <w:t>지금 표에 보류, 수정, 원문 유지 후보를 붙여줘. 기준은 첨부한 검토 기준이야.</w:t>
        <w:br/>
        <w:t>문구마다 걸리는 표현, 이유, 근거 번호, 더 받을 자료를 적어줘.</w:t>
        <w:br/>
        <w:t>근거가 없거나 원문과 충돌하면 보류로 남겨줘. 최종 판단은 법무 담당자야.</w:t>
      </w:r>
    </w:p>
    <w:p>
      <w:pPr>
        <w:pStyle w:val="Heading1"/>
      </w:pPr>
      <w:r>
        <w:t>STEP 3</w:t>
      </w:r>
    </w:p>
    <w:p>
      <w:r>
        <w:t>B01~B03 숫자를 다시 계산해줘.</w:t>
        <w:br/>
        <w:t>다음 날 도착 비율, 운송비 절감률, 응답자 만족도와 응답률을 나눠 보여줘.</w:t>
        <w:br/>
        <w:t>쓴 숫자와 계산 과정을 같이 적고, 광고에서 말할 수 있는 범위도 붙여줘.</w:t>
        <w:br/>
        <w:t>없는 기록은 더하지 마.</w:t>
      </w:r>
    </w:p>
    <w:p>
      <w:pPr>
        <w:pStyle w:val="Heading1"/>
      </w:pPr>
      <w:r>
        <w:t>STEP 4</w:t>
      </w:r>
    </w:p>
    <w:p>
      <w:r>
        <w:t>이제 광고 시안도 봐줘. 큰 제목과 작은 안내문을 함께 읽어줘.</w:t>
        <w:br/>
        <w:t>A02의 전국, 다음 날, 100% 보장을 각각 B01과 대조해줘.</w:t>
        <w:br/>
        <w:t>작은 단서만으로 큰 제목의 오해가 없어지는지 단정하지 말고,</w:t>
        <w:br/>
        <w:t>제목에서 빼야 할 말과 눈에 보이게 붙일 조건을 나눠줘.</w:t>
      </w:r>
    </w:p>
    <w:p>
      <w:pPr>
        <w:pStyle w:val="Heading1"/>
      </w:pPr>
      <w:r>
        <w:t>STEP 5</w:t>
      </w:r>
    </w:p>
    <w:p>
      <w:r>
        <w:t>첨부한 틀린 검토 결과를 원자료와 대조해서 고쳐줘.</w:t>
        <w:br/>
        <w:t>A02, A03, A06, A08을 틀린 말, 근거, 바른 내용 순서로 써줘.</w:t>
        <w:br/>
        <w:t>틀린 이유도 한 줄씩 붙이고, 앞의 검토 표에 고친 내용을 반영해줘.</w:t>
        <w:br/>
        <w:t>자료로 확인되지 않는 건 (확인 필요)로 남겨줘.</w:t>
      </w:r>
    </w:p>
    <w:p>
      <w:pPr>
        <w:pStyle w:val="Heading1"/>
      </w:pPr>
      <w:r>
        <w:t>STEP 6</w:t>
      </w:r>
    </w:p>
    <w:p>
      <w:r>
        <w:t>지금 검토 표로 수정안을 만들어줘. 원문과 수정안을 나란히 써줘.</w:t>
        <w:br/>
        <w:t>수정 6개는 확인된 범위와 조건을 붙여줘. 유지 후보 2개는 원문을 남겨줘.</w:t>
        <w:br/>
        <w:t>보류 7개는 게시 보류를 유지하고, 근거 없는 약속은 새로 만들지 마.</w:t>
        <w:br/>
        <w:t>모든 줄에 근거 번호와 게시 전 확인할 일을 붙여줘.</w:t>
      </w:r>
    </w:p>
    <w:p>
      <w:pPr>
        <w:pStyle w:val="Heading1"/>
      </w:pPr>
      <w:r>
        <w:t>STEP 7</w:t>
      </w:r>
    </w:p>
    <w:p>
      <w:r>
        <w:t>최신 표와 수정안으로 법무 담당자에게 보낼 승인 요청서 한 장 만들어줘.</w:t>
        <w:br/>
        <w:t>보류 7개, 수정 6개, 원문 유지 후보 2개를 나눠줘.</w:t>
        <w:br/>
        <w:t>누가 어떤 자료를 언제까지 확인할지 적고, 기한은 내가 정하게 빈칸으로 둬.</w:t>
        <w:br/>
        <w:t>근거가 없는 질문과 최종 시안 확인도 넣어줘. 승인 완료라고 쓰지는 마.</w:t>
      </w:r>
    </w:p>
    <w:p>
      <w:pPr>
        <w:pStyle w:val="Heading1"/>
      </w:pPr>
      <w:r>
        <w:t>STEP 8</w:t>
      </w:r>
    </w:p>
    <w:p>
      <w:r>
        <w:t>위험 문구 표, 수정안, 승인 요청서를 서로 맞춰줘.</w:t>
        <w:br/>
        <w:t>A01~A15가 빠짐없이 한 번씩 있는지 보고, 상태와 근거 번호가 같은지 확인해줘.</w:t>
        <w:br/>
        <w:t>95%, 20%, 98%, 응답률 25%를 원자료와 다시 맞춰줘.</w:t>
        <w:br/>
        <w:t>보류가 풀렸거나 조건이 빠진 줄만 찾아 고쳐줘. 수정 전후도 남겨줘.</w:t>
      </w:r>
    </w:p>
    <w:p>
      <w:pPr>
        <w:pStyle w:val="Heading1"/>
      </w:pPr>
      <w:r>
        <w:t>파일로 저장</w:t>
      </w:r>
    </w:p>
    <w:p>
      <w:r>
        <w:t>위험 문구 표는 엑셀, 수정안은 워드, 승인 요청서는 PDF 파일로 만들어줘. 검토 상태와 근거 번호는 그대로 둬. 승인 요청 내용은 PPT 두 장으로도 요약해줘.</w:t>
      </w:r>
    </w:p>
    <w:p>
      <w:pPr>
        <w:pStyle w:val="Heading1"/>
      </w:pPr>
      <w:r>
        <w:t>휴대폰 확인</w:t>
      </w:r>
    </w:p>
    <w:p>
      <w:r>
        <w:t>승인 요청서 요약을 휴대폰에서 보기 편한 HTML 파일로 만들어줘. 맨 위에 검토용·미승인이라고 쓰고, 보류 7개와 확인할 일만 넣어줘. 개인정보와 내부 금액은 빼줘.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한결물류(가명) · 검토용·미승인 · 최종 판단은 법무 담당자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