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ChatGPT Work · 광고 문구 점검</w:t>
      </w:r>
    </w:p>
    <w:p>
      <w:r>
        <w:t>교육 영상 시연용 가상 자료 · 한결물류(가명) · 모든 수치와 결과는 예시</w:t>
      </w:r>
    </w:p>
    <w:p>
      <w:r>
        <w:t>7단계, 필수 입력 6회. STEP 3에서 계산과 시안을 함께 부탁하고 STEP 4에서는 시안 결과를 읽습니다. 같은 Work 작업에서 이어갑니다. 원본 참고 부록보다 이 안내와 덱 화면의 순서를 따릅니다.</w:t>
      </w:r>
    </w:p>
    <w:p>
      <w:pPr>
        <w:pStyle w:val="Heading1"/>
      </w:pPr>
      <w:r>
        <w:t>STEP 1 · 원문과 근거 연결 · 입력 1</w:t>
      </w:r>
    </w:p>
    <w:p>
      <w:r>
        <w:t>광고문구15개_가상.xlsx랑 근거자료묶음_가상.docx를 읽어줘.</w:t>
        <w:br/>
        <w:t>광고검토_검토용.xlsx로 만들어줘. 시트는 문구로 하고,</w:t>
        <w:br/>
        <w:t>A1:D1은 번호, 원문, 근거, 확인할 점으로 해줘. A2:A16에 A01~A15를 한 번씩 넣어줘.</w:t>
        <w:br/>
        <w:t>없는 내용은 지어내지 말고 (확인 필요)로 남겨줘.</w:t>
      </w:r>
    </w:p>
    <w:p>
      <w:r>
        <w:t>결과 확인 · 문구 시트 15줄 · 원문 그대로 · A01~A15 중복 없음 어긋나면 · “A08이 빠졌어. 원문 그대로 넣어줘.”</w:t>
      </w:r>
    </w:p>
    <w:p>
      <w:pPr>
        <w:pStyle w:val="Heading1"/>
      </w:pPr>
      <w:r>
        <w:t>STEP 2 · 검토 상태 붙이기 · 입력 2</w:t>
      </w:r>
    </w:p>
    <w:p>
      <w:r>
        <w:t>게시검토기준_가상.pdf를 보고 광고검토_검토용.xlsx를 고쳐줘.</w:t>
        <w:br/>
        <w:t>문구 시트 E1:H1에 상태, 걸리는 표현, 이유, 더 받을 자료를 붙여줘.</w:t>
        <w:br/>
        <w:t>상태는 보류, 수정, 원문 유지 후보로 나눠줘.</w:t>
        <w:br/>
        <w:t>근거가 없거나 원문과 다르면 보류로 둬.</w:t>
      </w:r>
    </w:p>
    <w:p>
      <w:r>
        <w:t>결과 확인 · 15개 번호 유지 · 각 줄에 이유와 받을 자료 있음 어긋나면 · “A01은 순위 근거가 없어. 보류로 고치고 받을 자료도 적어줘.”</w:t>
      </w:r>
    </w:p>
    <w:p>
      <w:pPr>
        <w:pStyle w:val="Heading1"/>
      </w:pPr>
      <w:r>
        <w:t>STEP 3 · 숫자 재계산 · 입력 3에서 시안도 함께</w:t>
      </w:r>
    </w:p>
    <w:p>
      <w:r>
        <w:t>근거자료묶음_가상.docx의 B01~B03을 다시 계산해줘.</w:t>
        <w:br/>
        <w:t>광고검토_검토용.xlsx에 계산 시트를 넣어줘. A1:E1은 지표, 원자료, 계산, 결과, 범위야.</w:t>
        <w:br/>
        <w:t>2~5행은 다음 날 도착 비율, 절감률, 만족도, 응답률로 해줘. 계산 칸은 누르면 계산식이 보이게 해줘.</w:t>
        <w:br/>
        <w:t>광고시안_가상.png도 봐줘. 시안 시트 A1:D1은 번호, 큰 제목, 작은 안내문, 고칠 점으로 해줘.</w:t>
        <w:br/>
        <w:t>2행에 A02를 넣고, 제목에서 뺄 말과 붙일 조건을 적어줘.</w:t>
      </w:r>
    </w:p>
    <w:p>
      <w:r>
        <w:t>결과 확인 · 95% · 20% · 98% · 25% / 쓴 숫자와 범위 함께 확인 어긋나면 · “만족도는 50명 중 49명, 응답률은 200명 중 50명이야. 둘을 나눠줘.”</w:t>
      </w:r>
    </w:p>
    <w:p>
      <w:pPr>
        <w:pStyle w:val="Heading1"/>
      </w:pPr>
      <w:r>
        <w:t>STEP 4 · 앞 입력의 시안 결과 확인</w:t>
      </w:r>
    </w:p>
    <w:p>
      <w:r>
        <w:t>광고검토_검토용.xlsx의 시안 시트 2행에서 A02의 제목·작은 안내문·고칠 점을 확인합니다. 새 입력은 필요하지 않습니다. 빠졌을 때만 아래 문장으로 고칩니다.</w:t>
      </w:r>
    </w:p>
    <w:p>
      <w:r>
        <w:t>광고검토_검토용.xlsx의 시안 시트 2행을 고쳐줘.</w:t>
        <w:br/>
        <w:t>A02 원문은 두고, 고칠 점에 전국·100% 보장 빼기와 시범 노선 조건 표시를 적어줘.</w:t>
      </w:r>
    </w:p>
    <w:p>
      <w:pPr>
        <w:pStyle w:val="Heading1"/>
      </w:pPr>
      <w:r>
        <w:t>STEP 5 · 틀린 결과 바로잡기 · 입력 4</w:t>
      </w:r>
    </w:p>
    <w:p>
      <w:r>
        <w:t>틀린검토결과_가상.docx를 원자료랑 비교해서 고쳐줘.</w:t>
        <w:br/>
        <w:t>광고검토_검토용.xlsx에 교정 시트를 넣어줘. A1:D1은 번호, 틀린 말, 바른 내용, 근거야.</w:t>
        <w:br/>
        <w:t>A02, A03, A06, A08을 2~5행에 넣고 문구 시트도 같이 고쳐줘.</w:t>
        <w:br/>
        <w:t>시안 시트에서 찾은 A02의 제목과 조건 문제도 반영해줘.</w:t>
      </w:r>
    </w:p>
    <w:p>
      <w:r>
        <w:t>결과 확인 · 4줄 모두 근거 연결 · A02와 A08은 보류 유지 어긋나면 · “A08은 내부 점검뿐이야. 정부 인증으로 쓴 부분을 고쳐줘.”</w:t>
      </w:r>
    </w:p>
    <w:p>
      <w:pPr>
        <w:pStyle w:val="Heading1"/>
      </w:pPr>
      <w:r>
        <w:t>STEP 6 · 문구 수정안 · 입력 5</w:t>
      </w:r>
    </w:p>
    <w:p>
      <w:r>
        <w:t>광고검토_검토용.xlsx로 문구수정안_검토용.docx를 만들어줘.</w:t>
        <w:br/>
        <w:t>표는 번호, 원문, 수정안, 조건, 근거, 확인할 일 순서로 해줘.</w:t>
        <w:br/>
        <w:t>15개를 다 넣고 수정 6개는 조건을 붙여줘. 유지 후보 2개는 원문 그대로 둬.</w:t>
        <w:br/>
        <w:t>보류 7개는 새 문장을 만들지 말고 게시 보류라고 써줘.</w:t>
      </w:r>
    </w:p>
    <w:p>
      <w:r>
        <w:t>결과 확인 · 15개 원문 유지 · 수정 6개에 조건 · 보류 7개 유지 어긋나면 · “A03은 같은 10개 노선·각 200건 비교라는 조건도 넣어줘.”</w:t>
      </w:r>
    </w:p>
    <w:p>
      <w:pPr>
        <w:pStyle w:val="Heading1"/>
      </w:pPr>
      <w:r>
        <w:t>STEP 7 · 승인 요청과 파일 받기 · 입력 6</w:t>
      </w:r>
    </w:p>
    <w:p>
      <w:r>
        <w:t>광고검토_검토용.xlsx랑 문구수정안_검토용.docx를 맞춰서 광고승인요청_검토용.pdf 한 장을 만들어줘.</w:t>
        <w:br/>
        <w:t>보류 7개, 수정 6개, 유지 후보 2개와 담당, 할 일, 빈 회신 기한 칸을 넣어줘.</w:t>
        <w:br/>
        <w:t>맨 위는 검토용·미승인으로 해줘. 원자료랑 다른 줄은 먼저 고쳐줘.</w:t>
        <w:br/>
        <w:t>광고검토_회의용.pptx 두 장도 줘. 첫 장은 검토 현황, 둘째 장은 담당별 할 일이야.</w:t>
        <w:br/>
        <w:t>고친 엑셀이랑 워드도 같은 이름으로 같이 줘.</w:t>
      </w:r>
    </w:p>
    <w:p>
      <w:r>
        <w:t>결과 확인 · 세 문서 번호·근거·상태 일치 / 요청서 한 장 · PPT 두 장 어긋나면 · “회신 기한을 네가 넣었어. 빈칸으로 돌리고 미승인 표시를 남겨줘.”</w:t>
      </w:r>
    </w:p>
    <w:p>
      <w:pPr>
        <w:pStyle w:val="Heading1"/>
      </w:pPr>
      <w:r>
        <w:t>결과 파일 확인</w:t>
      </w:r>
    </w:p>
    <w:p>
      <w:r>
        <w:t>광고검토_검토용.xlsx: 문구 15줄, 계산 4줄, 시안 A02, 교정 4줄. 문구수정안_검토용.docx: 원문·수정안·조건. 광고승인요청_검토용.pdf: 한 장·미승인·빈 회신 기한. 광고검토_회의용.pptx: 현황과 담당별 할 일 두 장.</w:t>
      </w:r>
    </w:p>
    <w:p>
      <w:r>
        <w:t>보류 7개: A01·A02·A07·A08·A09·A10·A15. 수정 6개: A03·A04·A05·A06·A11·A12. 원문 유지 후보 2개: A13·A14.</w:t>
      </w:r>
    </w:p>
    <w:p>
      <w:r>
        <w:t>숫자 대조: 190/200=95%, (120만−96만)/120만=20%, 49/50=98%, 50/200=25%. 사고 1건은 200건 안의 별도 기록이며 지연과 중복 여부는 미기재입니다.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