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2027 봄 시즌(3~5월) PB 냉동간편식 상품 구성 제안서 (초안)</w:t>
      </w:r>
    </w:p>
    <w:p>
      <w:r>
        <w:rPr>
          <w:sz w:val="18"/>
        </w:rPr>
        <w:t>※ 교육 영상 시연용 가상 자료 · JJ마트(가상)</w:t>
      </w:r>
    </w:p>
    <w:p>
      <w:pPr>
        <w:pStyle w:val="Heading2"/>
      </w:pPr>
      <w:r>
        <w:t>1. 한눈에 보기</w:t>
      </w:r>
    </w:p>
    <w:p>
      <w:r>
        <w:t>지난 시즌(2026 가을 시즌(9~10월)) 10개 상품 중 유지 5개, 개선 후 유지 3개, 퇴출 후보 2개. 퇴출 후보 자리에 신규 2개를 제안합니다. 총 매출 18,475만원, 전체 불만율 15.9%.</w:t>
      </w:r>
    </w:p>
    <w:p>
      <w:pPr>
        <w:pStyle w:val="Heading2"/>
      </w:pPr>
      <w:r>
        <w:t>2. 지난 시즌 성과와 고객 불만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코드</w:t>
            </w:r>
          </w:p>
        </w:tc>
        <w:tc>
          <w:tcPr>
            <w:tcW w:type="dxa" w:w="1234"/>
          </w:tcPr>
          <w:p>
            <w:r>
              <w:t>상품명</w:t>
            </w:r>
          </w:p>
        </w:tc>
        <w:tc>
          <w:tcPr>
            <w:tcW w:type="dxa" w:w="1234"/>
          </w:tcPr>
          <w:p>
            <w:r>
              <w:t>매출(만원)</w:t>
            </w:r>
          </w:p>
        </w:tc>
        <w:tc>
          <w:tcPr>
            <w:tcW w:type="dxa" w:w="1234"/>
          </w:tcPr>
          <w:p>
            <w:r>
              <w:t>마진율</w:t>
            </w:r>
          </w:p>
        </w:tc>
        <w:tc>
          <w:tcPr>
            <w:tcW w:type="dxa" w:w="1234"/>
          </w:tcPr>
          <w:p>
            <w:r>
              <w:t>불만율</w:t>
            </w:r>
          </w:p>
        </w:tc>
        <w:tc>
          <w:tcPr>
            <w:tcW w:type="dxa" w:w="1234"/>
          </w:tcPr>
          <w:p>
            <w:r>
              <w:t>가장 많은 불만</w:t>
            </w:r>
          </w:p>
        </w:tc>
        <w:tc>
          <w:tcPr>
            <w:tcW w:type="dxa" w:w="1234"/>
          </w:tcPr>
          <w:p>
            <w:r>
              <w:t>판단</w:t>
            </w:r>
          </w:p>
        </w:tc>
      </w:tr>
      <w:tr>
        <w:tc>
          <w:tcPr>
            <w:tcW w:type="dxa" w:w="1234"/>
          </w:tcPr>
          <w:p>
            <w:r>
              <w:t>JJ-F101</w:t>
            </w:r>
          </w:p>
        </w:tc>
        <w:tc>
          <w:tcPr>
            <w:tcW w:type="dxa" w:w="1234"/>
          </w:tcPr>
          <w:p>
            <w:r>
              <w:t>한입 모둠만두 1.2kg</w:t>
            </w:r>
          </w:p>
        </w:tc>
        <w:tc>
          <w:tcPr>
            <w:tcW w:type="dxa" w:w="1234"/>
          </w:tcPr>
          <w:p>
            <w:r>
              <w:t>4,752</w:t>
            </w:r>
          </w:p>
        </w:tc>
        <w:tc>
          <w:tcPr>
            <w:tcW w:type="dxa" w:w="1234"/>
          </w:tcPr>
          <w:p>
            <w:r>
              <w:t>27%</w:t>
            </w:r>
          </w:p>
        </w:tc>
        <w:tc>
          <w:tcPr>
            <w:tcW w:type="dxa" w:w="1234"/>
          </w:tcPr>
          <w:p>
            <w:r>
              <w:t>11.9%</w:t>
            </w:r>
          </w:p>
        </w:tc>
        <w:tc>
          <w:tcPr>
            <w:tcW w:type="dxa" w:w="1234"/>
          </w:tcPr>
          <w:p>
            <w:r>
              <w:t>맛·간</w:t>
            </w:r>
          </w:p>
        </w:tc>
        <w:tc>
          <w:tcPr>
            <w:tcW w:type="dxa" w:w="1234"/>
          </w:tcPr>
          <w:p>
            <w:r>
              <w:t>유지</w:t>
            </w:r>
          </w:p>
        </w:tc>
      </w:tr>
      <w:tr>
        <w:tc>
          <w:tcPr>
            <w:tcW w:type="dxa" w:w="1234"/>
          </w:tcPr>
          <w:p>
            <w:r>
              <w:t>JJ-F102</w:t>
            </w:r>
          </w:p>
        </w:tc>
        <w:tc>
          <w:tcPr>
            <w:tcW w:type="dxa" w:w="1234"/>
          </w:tcPr>
          <w:p>
            <w:r>
              <w:t>고슬 새우볶음밥 5입</w:t>
            </w:r>
          </w:p>
        </w:tc>
        <w:tc>
          <w:tcPr>
            <w:tcW w:type="dxa" w:w="1234"/>
          </w:tcPr>
          <w:p>
            <w:r>
              <w:t>2,844</w:t>
            </w:r>
          </w:p>
        </w:tc>
        <w:tc>
          <w:tcPr>
            <w:tcW w:type="dxa" w:w="1234"/>
          </w:tcPr>
          <w:p>
            <w:r>
              <w:t>24%</w:t>
            </w:r>
          </w:p>
        </w:tc>
        <w:tc>
          <w:tcPr>
            <w:tcW w:type="dxa" w:w="1234"/>
          </w:tcPr>
          <w:p>
            <w:r>
              <w:t>14.7%</w:t>
            </w:r>
          </w:p>
        </w:tc>
        <w:tc>
          <w:tcPr>
            <w:tcW w:type="dxa" w:w="1234"/>
          </w:tcPr>
          <w:p>
            <w:r>
              <w:t>양·크기</w:t>
            </w:r>
          </w:p>
        </w:tc>
        <w:tc>
          <w:tcPr>
            <w:tcW w:type="dxa" w:w="1234"/>
          </w:tcPr>
          <w:p>
            <w:r>
              <w:t>유지</w:t>
            </w:r>
          </w:p>
        </w:tc>
      </w:tr>
      <w:tr>
        <w:tc>
          <w:tcPr>
            <w:tcW w:type="dxa" w:w="1234"/>
          </w:tcPr>
          <w:p>
            <w:r>
              <w:t>JJ-F103</w:t>
            </w:r>
          </w:p>
        </w:tc>
        <w:tc>
          <w:tcPr>
            <w:tcW w:type="dxa" w:w="1234"/>
          </w:tcPr>
          <w:p>
            <w:r>
              <w:t>바삭 치킨너겟 800g</w:t>
            </w:r>
          </w:p>
        </w:tc>
        <w:tc>
          <w:tcPr>
            <w:tcW w:type="dxa" w:w="1234"/>
          </w:tcPr>
          <w:p>
            <w:r>
              <w:t>2,670</w:t>
            </w:r>
          </w:p>
        </w:tc>
        <w:tc>
          <w:tcPr>
            <w:tcW w:type="dxa" w:w="1234"/>
          </w:tcPr>
          <w:p>
            <w:r>
              <w:t>23%</w:t>
            </w:r>
          </w:p>
        </w:tc>
        <w:tc>
          <w:tcPr>
            <w:tcW w:type="dxa" w:w="1234"/>
          </w:tcPr>
          <w:p>
            <w:r>
              <w:t>22.1%</w:t>
            </w:r>
          </w:p>
        </w:tc>
        <w:tc>
          <w:tcPr>
            <w:tcW w:type="dxa" w:w="1234"/>
          </w:tcPr>
          <w:p>
            <w:r>
              <w:t>조리·안내</w:t>
            </w:r>
          </w:p>
        </w:tc>
        <w:tc>
          <w:tcPr>
            <w:tcW w:type="dxa" w:w="1234"/>
          </w:tcPr>
          <w:p>
            <w:r>
              <w:t>개선 후 유지</w:t>
            </w:r>
          </w:p>
        </w:tc>
      </w:tr>
      <w:tr>
        <w:tc>
          <w:tcPr>
            <w:tcW w:type="dxa" w:w="1234"/>
          </w:tcPr>
          <w:p>
            <w:r>
              <w:t>JJ-F104</w:t>
            </w:r>
          </w:p>
        </w:tc>
        <w:tc>
          <w:tcPr>
            <w:tcW w:type="dxa" w:w="1234"/>
          </w:tcPr>
          <w:p>
            <w:r>
              <w:t>매콤 떡볶이 밀키트 2인</w:t>
            </w:r>
          </w:p>
        </w:tc>
        <w:tc>
          <w:tcPr>
            <w:tcW w:type="dxa" w:w="1234"/>
          </w:tcPr>
          <w:p>
            <w:r>
              <w:t>1,656</w:t>
            </w:r>
          </w:p>
        </w:tc>
        <w:tc>
          <w:tcPr>
            <w:tcW w:type="dxa" w:w="1234"/>
          </w:tcPr>
          <w:p>
            <w:r>
              <w:t>29%</w:t>
            </w:r>
          </w:p>
        </w:tc>
        <w:tc>
          <w:tcPr>
            <w:tcW w:type="dxa" w:w="1234"/>
          </w:tcPr>
          <w:p>
            <w:r>
              <w:t>7.5%</w:t>
            </w:r>
          </w:p>
        </w:tc>
        <w:tc>
          <w:tcPr>
            <w:tcW w:type="dxa" w:w="1234"/>
          </w:tcPr>
          <w:p>
            <w:r>
              <w:t>가격·가성비</w:t>
            </w:r>
          </w:p>
        </w:tc>
        <w:tc>
          <w:tcPr>
            <w:tcW w:type="dxa" w:w="1234"/>
          </w:tcPr>
          <w:p>
            <w:r>
              <w:t>유지</w:t>
            </w:r>
          </w:p>
        </w:tc>
      </w:tr>
      <w:tr>
        <w:tc>
          <w:tcPr>
            <w:tcW w:type="dxa" w:w="1234"/>
          </w:tcPr>
          <w:p>
            <w:r>
              <w:t>JJ-F105</w:t>
            </w:r>
          </w:p>
        </w:tc>
        <w:tc>
          <w:tcPr>
            <w:tcW w:type="dxa" w:w="1234"/>
          </w:tcPr>
          <w:p>
            <w:r>
              <w:t>통새우 딤섬 12입</w:t>
            </w:r>
          </w:p>
        </w:tc>
        <w:tc>
          <w:tcPr>
            <w:tcW w:type="dxa" w:w="1234"/>
          </w:tcPr>
          <w:p>
            <w:r>
              <w:t>1,161</w:t>
            </w:r>
          </w:p>
        </w:tc>
        <w:tc>
          <w:tcPr>
            <w:tcW w:type="dxa" w:w="1234"/>
          </w:tcPr>
          <w:p>
            <w:r>
              <w:t>18%</w:t>
            </w:r>
          </w:p>
        </w:tc>
        <w:tc>
          <w:tcPr>
            <w:tcW w:type="dxa" w:w="1234"/>
          </w:tcPr>
          <w:p>
            <w:r>
              <w:t>28.0%</w:t>
            </w:r>
          </w:p>
        </w:tc>
        <w:tc>
          <w:tcPr>
            <w:tcW w:type="dxa" w:w="1234"/>
          </w:tcPr>
          <w:p>
            <w:r>
              <w:t>가격·가성비</w:t>
            </w:r>
          </w:p>
        </w:tc>
        <w:tc>
          <w:tcPr>
            <w:tcW w:type="dxa" w:w="1234"/>
          </w:tcPr>
          <w:p>
            <w:r>
              <w:t>개선 후 유지</w:t>
            </w:r>
          </w:p>
        </w:tc>
      </w:tr>
      <w:tr>
        <w:tc>
          <w:tcPr>
            <w:tcW w:type="dxa" w:w="1234"/>
          </w:tcPr>
          <w:p>
            <w:r>
              <w:t>JJ-F106</w:t>
            </w:r>
          </w:p>
        </w:tc>
        <w:tc>
          <w:tcPr>
            <w:tcW w:type="dxa" w:w="1234"/>
          </w:tcPr>
          <w:p>
            <w:r>
              <w:t>간장 불고기 덮밥 3입</w:t>
            </w:r>
          </w:p>
        </w:tc>
        <w:tc>
          <w:tcPr>
            <w:tcW w:type="dxa" w:w="1234"/>
          </w:tcPr>
          <w:p>
            <w:r>
              <w:t>935</w:t>
            </w:r>
          </w:p>
        </w:tc>
        <w:tc>
          <w:tcPr>
            <w:tcW w:type="dxa" w:w="1234"/>
          </w:tcPr>
          <w:p>
            <w:r>
              <w:t>21%</w:t>
            </w:r>
          </w:p>
        </w:tc>
        <w:tc>
          <w:tcPr>
            <w:tcW w:type="dxa" w:w="1234"/>
          </w:tcPr>
          <w:p>
            <w:r>
              <w:t>27.1%</w:t>
            </w:r>
          </w:p>
        </w:tc>
        <w:tc>
          <w:tcPr>
            <w:tcW w:type="dxa" w:w="1234"/>
          </w:tcPr>
          <w:p>
            <w:r>
              <w:t>맛·간</w:t>
            </w:r>
          </w:p>
        </w:tc>
        <w:tc>
          <w:tcPr>
            <w:tcW w:type="dxa" w:w="1234"/>
          </w:tcPr>
          <w:p>
            <w:r>
              <w:t>개선 후 유지</w:t>
            </w:r>
          </w:p>
        </w:tc>
      </w:tr>
      <w:tr>
        <w:tc>
          <w:tcPr>
            <w:tcW w:type="dxa" w:w="1234"/>
          </w:tcPr>
          <w:p>
            <w:r>
              <w:t>JJ-F107</w:t>
            </w:r>
          </w:p>
        </w:tc>
        <w:tc>
          <w:tcPr>
            <w:tcW w:type="dxa" w:w="1234"/>
          </w:tcPr>
          <w:p>
            <w:r>
              <w:t>치즈 핫도그 6입</w:t>
            </w:r>
          </w:p>
        </w:tc>
        <w:tc>
          <w:tcPr>
            <w:tcW w:type="dxa" w:w="1234"/>
          </w:tcPr>
          <w:p>
            <w:r>
              <w:t>1,300</w:t>
            </w:r>
          </w:p>
        </w:tc>
        <w:tc>
          <w:tcPr>
            <w:tcW w:type="dxa" w:w="1234"/>
          </w:tcPr>
          <w:p>
            <w:r>
              <w:t>26%</w:t>
            </w:r>
          </w:p>
        </w:tc>
        <w:tc>
          <w:tcPr>
            <w:tcW w:type="dxa" w:w="1234"/>
          </w:tcPr>
          <w:p>
            <w:r>
              <w:t>10.0%</w:t>
            </w:r>
          </w:p>
        </w:tc>
        <w:tc>
          <w:tcPr>
            <w:tcW w:type="dxa" w:w="1234"/>
          </w:tcPr>
          <w:p>
            <w:r>
              <w:t>포장·배송</w:t>
            </w:r>
          </w:p>
        </w:tc>
        <w:tc>
          <w:tcPr>
            <w:tcW w:type="dxa" w:w="1234"/>
          </w:tcPr>
          <w:p>
            <w:r>
              <w:t>유지</w:t>
            </w:r>
          </w:p>
        </w:tc>
      </w:tr>
      <w:tr>
        <w:tc>
          <w:tcPr>
            <w:tcW w:type="dxa" w:w="1234"/>
          </w:tcPr>
          <w:p>
            <w:r>
              <w:t>JJ-F108</w:t>
            </w:r>
          </w:p>
        </w:tc>
        <w:tc>
          <w:tcPr>
            <w:tcW w:type="dxa" w:w="1234"/>
          </w:tcPr>
          <w:p>
            <w:r>
              <w:t>곤드레 나물밥 4입</w:t>
            </w:r>
          </w:p>
        </w:tc>
        <w:tc>
          <w:tcPr>
            <w:tcW w:type="dxa" w:w="1234"/>
          </w:tcPr>
          <w:p>
            <w:r>
              <w:t>360</w:t>
            </w:r>
          </w:p>
        </w:tc>
        <w:tc>
          <w:tcPr>
            <w:tcW w:type="dxa" w:w="1234"/>
          </w:tcPr>
          <w:p>
            <w:r>
              <w:t>15%</w:t>
            </w:r>
          </w:p>
        </w:tc>
        <w:tc>
          <w:tcPr>
            <w:tcW w:type="dxa" w:w="1234"/>
          </w:tcPr>
          <w:p>
            <w:r>
              <w:t>36.7%</w:t>
            </w:r>
          </w:p>
        </w:tc>
        <w:tc>
          <w:tcPr>
            <w:tcW w:type="dxa" w:w="1234"/>
          </w:tcPr>
          <w:p>
            <w:r>
              <w:t>양·크기</w:t>
            </w:r>
          </w:p>
        </w:tc>
        <w:tc>
          <w:tcPr>
            <w:tcW w:type="dxa" w:w="1234"/>
          </w:tcPr>
          <w:p>
            <w:r>
              <w:t>퇴출 후보</w:t>
            </w:r>
          </w:p>
        </w:tc>
      </w:tr>
      <w:tr>
        <w:tc>
          <w:tcPr>
            <w:tcW w:type="dxa" w:w="1234"/>
          </w:tcPr>
          <w:p>
            <w:r>
              <w:t>JJ-F109</w:t>
            </w:r>
          </w:p>
        </w:tc>
        <w:tc>
          <w:tcPr>
            <w:tcW w:type="dxa" w:w="1234"/>
          </w:tcPr>
          <w:p>
            <w:r>
              <w:t>담백 닭가슴살 완자 500g</w:t>
            </w:r>
          </w:p>
        </w:tc>
        <w:tc>
          <w:tcPr>
            <w:tcW w:type="dxa" w:w="1234"/>
          </w:tcPr>
          <w:p>
            <w:r>
              <w:t>665</w:t>
            </w:r>
          </w:p>
        </w:tc>
        <w:tc>
          <w:tcPr>
            <w:tcW w:type="dxa" w:w="1234"/>
          </w:tcPr>
          <w:p>
            <w:r>
              <w:t>17%</w:t>
            </w:r>
          </w:p>
        </w:tc>
        <w:tc>
          <w:tcPr>
            <w:tcW w:type="dxa" w:w="1234"/>
          </w:tcPr>
          <w:p>
            <w:r>
              <w:t>30.0%</w:t>
            </w:r>
          </w:p>
        </w:tc>
        <w:tc>
          <w:tcPr>
            <w:tcW w:type="dxa" w:w="1234"/>
          </w:tcPr>
          <w:p>
            <w:r>
              <w:t>맛·간</w:t>
            </w:r>
          </w:p>
        </w:tc>
        <w:tc>
          <w:tcPr>
            <w:tcW w:type="dxa" w:w="1234"/>
          </w:tcPr>
          <w:p>
            <w:r>
              <w:t>퇴출 후보</w:t>
            </w:r>
          </w:p>
        </w:tc>
      </w:tr>
      <w:tr>
        <w:tc>
          <w:tcPr>
            <w:tcW w:type="dxa" w:w="1234"/>
          </w:tcPr>
          <w:p>
            <w:r>
              <w:t>JJ-F110</w:t>
            </w:r>
          </w:p>
        </w:tc>
        <w:tc>
          <w:tcPr>
            <w:tcW w:type="dxa" w:w="1234"/>
          </w:tcPr>
          <w:p>
            <w:r>
              <w:t>김치 군만두 1kg</w:t>
            </w:r>
          </w:p>
        </w:tc>
        <w:tc>
          <w:tcPr>
            <w:tcW w:type="dxa" w:w="1234"/>
          </w:tcPr>
          <w:p>
            <w:r>
              <w:t>2,132</w:t>
            </w:r>
          </w:p>
        </w:tc>
        <w:tc>
          <w:tcPr>
            <w:tcW w:type="dxa" w:w="1234"/>
          </w:tcPr>
          <w:p>
            <w:r>
              <w:t>25%</w:t>
            </w:r>
          </w:p>
        </w:tc>
        <w:tc>
          <w:tcPr>
            <w:tcW w:type="dxa" w:w="1234"/>
          </w:tcPr>
          <w:p>
            <w:r>
              <w:t>9.2%</w:t>
            </w:r>
          </w:p>
        </w:tc>
        <w:tc>
          <w:tcPr>
            <w:tcW w:type="dxa" w:w="1234"/>
          </w:tcPr>
          <w:p>
            <w:r>
              <w:t>맛·간</w:t>
            </w:r>
          </w:p>
        </w:tc>
        <w:tc>
          <w:tcPr>
            <w:tcW w:type="dxa" w:w="1234"/>
          </w:tcPr>
          <w:p>
            <w:r>
              <w:t>유지</w:t>
            </w:r>
          </w:p>
        </w:tc>
      </w:tr>
    </w:tbl>
    <w:p>
      <w:pPr>
        <w:pStyle w:val="Heading2"/>
      </w:pPr>
      <w:r>
        <w:t>3. 유지 상품</w:t>
      </w:r>
    </w:p>
    <w:p>
      <w:pPr>
        <w:pStyle w:val="ListBullet"/>
      </w:pPr>
      <w:r>
        <w:t>한입 모둠만두 1.2kg: 매출 1위, 마진율 27%, 불만율 11.9%. 가장 많은 불만은 맛·간.</w:t>
      </w:r>
    </w:p>
    <w:p>
      <w:pPr>
        <w:pStyle w:val="ListBullet"/>
      </w:pPr>
      <w:r>
        <w:t>고슬 새우볶음밥 5입: 매출 2위, 마진율 24%, 불만율 14.7%. 가장 많은 불만은 양·크기.</w:t>
      </w:r>
    </w:p>
    <w:p>
      <w:pPr>
        <w:pStyle w:val="ListBullet"/>
      </w:pPr>
      <w:r>
        <w:t>매콤 떡볶이 밀키트 2인: 매출 5위, 마진율 29%, 불만율 7.5%. 가장 많은 불만은 가격·가성비.</w:t>
      </w:r>
    </w:p>
    <w:p>
      <w:pPr>
        <w:pStyle w:val="ListBullet"/>
      </w:pPr>
      <w:r>
        <w:t>치즈 핫도그 6입: 매출 6위, 마진율 26%, 불만율 10.0%. 가장 많은 불만은 포장·배송.</w:t>
      </w:r>
    </w:p>
    <w:p>
      <w:pPr>
        <w:pStyle w:val="ListBullet"/>
      </w:pPr>
      <w:r>
        <w:t>김치 군만두 1kg: 매출 4위, 마진율 25%, 불만율 9.2%. 가장 많은 불만은 맛·간.</w:t>
      </w:r>
    </w:p>
    <w:p>
      <w:pPr>
        <w:pStyle w:val="Heading2"/>
      </w:pPr>
      <w:r>
        <w:t>4. 개선 후 유지</w:t>
      </w:r>
    </w:p>
    <w:p>
      <w:pPr>
        <w:pStyle w:val="ListBullet"/>
      </w:pPr>
      <w:r>
        <w:t>바삭 치킨너겟 800g: 불만율 22.1% — 조리 안내(14건): 상세페이지·봉지의 조리 시간 표기를 맞춘다</w:t>
      </w:r>
    </w:p>
    <w:p>
      <w:pPr>
        <w:pStyle w:val="ListBullet"/>
      </w:pPr>
      <w:r>
        <w:t>통새우 딤섬 12입: 불만율 28.0% — 가격·가성비(9건): 가격 조정 가능 여부를 협력사와 논의(확인 필요)</w:t>
      </w:r>
    </w:p>
    <w:p>
      <w:pPr>
        <w:pStyle w:val="ListBullet"/>
      </w:pPr>
      <w:r>
        <w:t>간장 불고기 덮밥 3입: 불만율 27.1% — 맛·간(11건): 간 조절 가능 여부를 협력사에 문의(확인 필요)</w:t>
      </w:r>
    </w:p>
    <w:p>
      <w:r>
        <w:t>JJ-F103에는 이물·품질 불만 3건이 있어 시즌 구성과 별개로 품질팀에 전달합니다.</w:t>
      </w:r>
    </w:p>
    <w:p>
      <w:pPr>
        <w:pStyle w:val="Heading2"/>
      </w:pPr>
      <w:r>
        <w:t>5. 퇴출 후보</w:t>
      </w:r>
    </w:p>
    <w:p>
      <w:pPr>
        <w:pStyle w:val="ListBullet"/>
      </w:pPr>
      <w:r>
        <w:t>곤드레 나물밥 4입: 매출 10위(360만원), 마진율 15%, 불만율 36.7% — 세 조건 모두 해당</w:t>
      </w:r>
    </w:p>
    <w:p>
      <w:pPr>
        <w:pStyle w:val="ListBullet"/>
      </w:pPr>
      <w:r>
        <w:t>담백 닭가슴살 완자 500g: 매출 9위(665만원), 마진율 17%, 불만율 30.0% — 세 조건 모두 해당</w:t>
      </w:r>
    </w:p>
    <w:p>
      <w:r>
        <w:t>두 상품의 매출 합계는 1,025만원으로 전체의 5.5%입니다.</w:t>
      </w:r>
    </w:p>
    <w:p>
      <w:pPr>
        <w:pStyle w:val="Heading2"/>
      </w:pPr>
      <w:r>
        <w:t>6. 신규 상품 제안</w:t>
      </w:r>
    </w:p>
    <w:p>
      <w:pPr>
        <w:pStyle w:val="ListBullet"/>
      </w:pPr>
      <w:r>
        <w:t>순한맛 어린이 미니만두 600g(가온푸드(가상)): 예상 마진율 28%, 납품 2027-02-20, 맛·간 불만을 겨냥</w:t>
      </w:r>
    </w:p>
    <w:p>
      <w:pPr>
        <w:pStyle w:val="ListBullet"/>
      </w:pPr>
      <w:r>
        <w:t>대용량 가족 볶음밥 2kg(가온푸드(가상)): 예상 마진율 26%, 납품 2027-02-25, 양·크기 불만을 겨냥</w:t>
      </w:r>
    </w:p>
    <w:p>
      <w:r>
        <w:t>제외: N-3(납품 3월 15일로 시즌 시작 이후), N-4(예상 마진율 22%).</w:t>
      </w:r>
    </w:p>
    <w:p>
      <w:pPr>
        <w:pStyle w:val="Heading2"/>
      </w:pPr>
      <w:r>
        <w:t>7. 확인 필요</w:t>
      </w:r>
    </w:p>
    <w:p>
      <w:pPr>
        <w:pStyle w:val="ListBullet"/>
      </w:pPr>
      <w:r>
        <w:t>퇴출 상품의 협력사 계약 남은 기간</w:t>
      </w:r>
    </w:p>
    <w:p>
      <w:pPr>
        <w:pStyle w:val="ListBullet"/>
      </w:pPr>
      <w:r>
        <w:t>퇴출 상품의 남은 재고 소진 방법</w:t>
      </w:r>
    </w:p>
    <w:p>
      <w:pPr>
        <w:pStyle w:val="ListBullet"/>
      </w:pPr>
      <w:r>
        <w:t>신규 상품의 예상 판매량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