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점포 고객센터 접수 메모</w:t>
      </w:r>
    </w:p>
    <w:p>
      <w:r>
        <w:t>JJ마트(가상) · 점포 고객센터에서 받은 PB 냉동간편식 의견 · 2026년 10월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접수번호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접수일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점포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상품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 (접수자 메모)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V-01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2026-10-01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광주상무점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바삭 치킨너겟 800g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튀기니까 겉이 다 탄 색이 나요. 불량 같아요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V-02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10/5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해운대점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바삭 치킨너겟 800g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양이 줄어든 것 같아요. 예전엔 더 많았어요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V-03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10/6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대전둔산점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고슬 새우볶음밥 5입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박스 열었더니 봉지가 터져 있었어요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V-04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2026.10.7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수원점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바삭 치킨너겟 800g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교환하려면 어떻게 해요? (문의)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V-05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10/8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해운대점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한입 모둠만두 1.2kg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느끼해서 반 개 먹고 남겼어요 ㅠ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V-06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2026-10-08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대전둔산점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바삭치킨너겟800g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유통기한이 지난 날짜가 찍혀 있었어요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V-07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10/10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해운대점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한입 모둠만두 1.2kg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상세페이지에는 10분이라는데 봉지엔 15분이라 써 있어요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V-08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2026.10.10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해운대점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한입 모둠만두 1.2kg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봉지만 크고 내용물은 반이에요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V-09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2026.10.11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강서점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한입 모둠만두 1.2kg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봉지가 찢어져서 내용물이 쏟아졌어요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V-10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2026-10-13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대전둔산점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한입 모둠만두 1.2kg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받자마자 유통기한이 임박한 걸 받았어요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V-11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2026-10-14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수원점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고슬 새우볶음밥 5입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배송 언제 오나요? (문의)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V-12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10/15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해운대점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바삭 치킨너겟 800g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기대했는데 맛이 그냥 그래요. 밍밍해요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V-13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2026-10-17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수원점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한입 모둠만두 1.2kg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양에 비해 비싼 것 같아요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V-14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2026.10.18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해운대점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고슬 새우볶음밥 5입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맵다는 말이 없었는데 꽤 매워요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V-15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10/19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대전둔산점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고슬 새우볶음밥 5입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먹고 나서 배가 아팠어요. 문제가 있는 것 같아요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V-16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10/19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일산점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한입 모둠만두 1.2kg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픽업 상품이 냉동칸에 안 있고 상온에 있었어요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V-17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2026-10-21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강서점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바삭 치킨너겟 800g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가성비가 별로예요. 브랜드 제품이랑 차이가 없어요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V-18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2026.10.22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분당점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바삭 치킨너겟 800g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아이스팩이 다 녹아서 도착했어요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V-19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10/24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해운대점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한입모둠만두1.2kg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만두 후추 맛이 너무 세요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V-20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2026-10-27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대전둔산점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한입 모둠만두 1.2kg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/>
                <w:sz w:val="18"/>
              </w:rPr>
              <w:t>고객 말씀: 봉지를 뜯으니 만두피가 다 터져 있어요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