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상품 리뷰 불만 분류 기준 — 품질·CS·상품기획 공통 메모</w:t>
      </w:r>
    </w:p>
    <w:p>
      <w:r>
        <w:t>JJ마트(가상, 대형마트·온라인몰, 점포 38곳) · 대상: PB 냉동간편식 3종 · 2026년 10월 리뷰와 점포 고객센터 접수</w:t>
      </w:r>
    </w:p>
    <w:p>
      <w:r>
        <w:rPr>
          <w:b/>
        </w:rPr>
        <w:t>1. 별점이 아니라 내용으로 나눈다</w:t>
      </w:r>
    </w:p>
    <w:p>
      <w:r>
        <w:t>별점이 4~5점이어도 «맛은 좋은데 포장이 터져 왔다»처럼 불만이 적혀 있으면 불만으로 센다. 별점은 참고로만 쓴다.</w:t>
      </w:r>
    </w:p>
    <w:p>
      <w:r>
        <w:rPr>
          <w:b/>
        </w:rPr>
        <w:t>2. 불만 유형 7가지</w:t>
      </w:r>
    </w:p>
    <w:p>
      <w:r>
        <w:t>맛·간(짜다·싱겁다·느끼하다·향) / 양·크기(양이 적다·작다·개수) / 포장·배송(터짐·녹음·파손·지연·오배송) / 이물·품질(이물질·불량·먹고 탈남) / 신선도·유통기한(유통기한 임박·냄새·서리) / 조리·안내(조리법·시간 안내가 틀리거나 없음) / 가격·가성비(비싸다·행사 가격 불만).</w:t>
      </w:r>
    </w:p>
    <w:p>
      <w:r>
        <w:rPr>
          <w:b/>
        </w:rPr>
        <w:t>3. 한 건은 한 유형</w:t>
      </w:r>
    </w:p>
    <w:p>
      <w:r>
        <w:t>한 리뷰에 불만이 두 가지 이상이면 가장 크게 말한 것 하나로 정한다. 비중이 비슷해 정하기 어려우면 유형을 비우고 «확인 필요»로 두고 후보 두 개를 적는다.</w:t>
      </w:r>
    </w:p>
    <w:p>
      <w:r>
        <w:rPr>
          <w:b/>
        </w:rPr>
        <w:t>4. 같은 글은 한 번만</w:t>
      </w:r>
    </w:p>
    <w:p>
      <w:r>
        <w:t>같은 작성자가 같은 날 같은 글을 다시 올린 것, 복사본 파일의 같은 행은 한 번만 센다. 먼저 올린 번호 밑으로 묶는다.</w:t>
      </w:r>
    </w:p>
    <w:p>
      <w:r>
        <w:rPr>
          <w:b/>
        </w:rPr>
        <w:t>5. 불만이 아닌 글</w:t>
      </w:r>
    </w:p>
    <w:p>
      <w:r>
        <w:t>칭찬만 있는 글은 «불만 없음»으로 센다. 배송 문의·교환 문의처럼 리뷰가 아니라 문의인 글은 집계에서 빼고 CS 문의 목록으로 넘긴다. 별점만 있고 내용이 없는 글도 빼서 따로 센다.</w:t>
      </w:r>
    </w:p>
    <w:p>
      <w:r>
        <w:rPr>
          <w:b/>
        </w:rPr>
        <w:t>6. 이물·품질은 건수가 적어도 먼저</w:t>
      </w:r>
    </w:p>
    <w:p>
      <w:r>
        <w:t>이물질·먹고 탈남은 한 건이어도 품질팀이 바로 본다. 집계표에서 건수가 적다고 뒤로 미루지 않는다.</w:t>
      </w:r>
    </w:p>
    <w:p>
      <w:r>
        <w:rPr>
          <w:b/>
        </w:rPr>
        <w:t>7. 점포 접수 메모</w:t>
      </w:r>
    </w:p>
    <w:p>
      <w:r>
        <w:t>점포 고객센터 메모는 별점이 없다. 같은 7가지 유형으로 나눠 온라인 리뷰와 합쳐 센다. 날짜·상품 이름 표기는 맞춘다.</w:t>
      </w:r>
    </w:p>
    <w:p>
      <w:r>
        <w:rPr>
          <w:b/>
        </w:rPr>
        <w:t>8. 집계표에 넣을 칸</w:t>
      </w:r>
    </w:p>
    <w:p>
      <w:r>
        <w:t>유형, 건수, 비율(%), 평균 별점(온라인 리뷰만), 별점 4~5점인 건수, 대표 리뷰(번호와 내용), 담당 부서.</w:t>
      </w:r>
    </w:p>
    <w:p>
      <w:r>
        <w:rPr>
          <w:b/>
        </w:rPr>
        <w:t>9. 담당 부서 (예시)</w:t>
      </w:r>
    </w:p>
    <w:p>
      <w:r>
        <w:t>맛·간·양·크기·조리 안내·가격은 상품기획 / 포장·배송은 물류·포장과 CS / 이물·품질은 품질팀 / 신선도는 품질·물류.</w:t>
      </w:r>
    </w:p>
    <w:p>
      <w:r>
        <w:rPr>
          <w:b/>
        </w:rPr>
        <w:t>10. 최종 판단은 사람이</w:t>
      </w:r>
    </w:p>
    <w:p>
      <w:r>
        <w:t>품질 문제로 볼지, 상품을 바꿀지, 누구에게 보상할지는 담당자가 정한다. 작성자 이름과 연락처는 사내에서만 쓴다.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