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신선식품 마감 할인 기준 — 신선팀장 정리 규칙</w:t>
      </w:r>
    </w:p>
    <w:p>
      <w:r>
        <w:t>JJ마트(가상) 신선팀장 · 적용: 신선 매대(정육·수산·델리·채소과일·베이커리) · 2026년 기준</w:t>
      </w:r>
    </w:p>
    <w:p>
      <w:r>
        <w:rPr>
          <w:b/>
        </w:rPr>
        <w:t>1. 대상은 오늘 소비기한인 상품만</w:t>
      </w:r>
    </w:p>
    <w:p>
      <w:r>
        <w:t>소비기한이 내일 이상인 상품은 마감 할인을 하지 않고 내일 진열한다. 소비기한이 지난 상품은 팔지 않는다.</w:t>
      </w:r>
    </w:p>
    <w:p>
      <w:r>
        <w:rPr>
          <w:b/>
        </w:rPr>
        <w:t>2. 이미 행사 중인 상품은 뺀다</w:t>
      </w:r>
    </w:p>
    <w:p>
      <w:r>
        <w:t>1+1·2+1처럼 행사가 걸린 상품은 마감 할인 계산에서 빼고 행사 담당에게 따로 묻는다.</w:t>
      </w:r>
    </w:p>
    <w:p>
      <w:r>
        <w:rPr>
          <w:b/>
        </w:rPr>
        <w:t>3. 잔량은 18시 실사 수량으로</w:t>
      </w:r>
    </w:p>
    <w:p>
      <w:r>
        <w:t>계산에 쓰는 잔량은 18시에 매대를 직접 센 수량이다. 전산 재고와 3개 이상 다르면 «재고 오차»로 표시만 하고 계산은 실사 수량으로 한다.</w:t>
      </w:r>
    </w:p>
    <w:p>
      <w:r>
        <w:rPr>
          <w:b/>
        </w:rPr>
        <w:t>4. 숫자가 비었거나 서로 다르면 정하지 않는다</w:t>
      </w:r>
    </w:p>
    <w:p>
      <w:r>
        <w:t>점검표가 비었으면 사진으로 센다. 점검표에 «많음»처럼 숫자가 아니거나, 점검표·사진·전산 숫자가 서로 다르면 계산하지 않고 «확인 필요»로 둔다. 현장에서 다시 센 뒤 넣는다.</w:t>
      </w:r>
    </w:p>
    <w:p>
      <w:r>
        <w:rPr>
          <w:b/>
        </w:rPr>
        <w:t>5. 예상 소진율 = 18시 이후 예상 판매량 ÷ 잔량</w:t>
      </w:r>
    </w:p>
    <w:p>
      <w:r>
        <w:t>18시 이후 예상 판매량은 지난 4주 같은 요일 18시 이후 정상가 판매 수량의 평균이다.</w:t>
      </w:r>
    </w:p>
    <w:p>
      <w:r>
        <w:rPr>
          <w:b/>
        </w:rPr>
        <w:t>6. 소진율에 따른 단계 할인율 (예시)</w:t>
      </w:r>
    </w:p>
    <w:p>
      <w:r>
        <w:t>소진율 1.0 이상: 0% / 0% / 0%.  0.7 이상 1.0 미만: 0% / 10% / 20%.  0.4 이상 0.7 미만: 10% / 20% / 30%.  0.4 미만: 20% / 30% / 40%.  (각각 18:00 / 19:30 / 21:00 구간 순서. 단계는 우리 팀 약속이며 예시)</w:t>
      </w:r>
    </w:p>
    <w:p>
      <w:r>
        <w:rPr>
          <w:b/>
        </w:rPr>
        <w:t>7. 18시 이후 판매 비중 (예시)</w:t>
      </w:r>
    </w:p>
    <w:p>
      <w:r>
        <w:t>18:00~19:30 구간 35%, 19:30~21:00 구간 40%, 21:00~22:00 구간 25%. 19:30에 다시 계산할 때는 남은 비중 65%를 쓴다.</w:t>
      </w:r>
    </w:p>
    <w:p>
      <w:r>
        <w:rPr>
          <w:b/>
        </w:rPr>
        <w:t>8. 원가 아래로 내려가면 점장이 정한다</w:t>
      </w:r>
    </w:p>
    <w:p>
      <w:r>
        <w:t>할인가가 원가보다 낮아지는 구간은 할인율은 적되 «점장 확인»으로 표시한다. 폐기하는 것보다 나을 수 있으나 정하는 사람은 점장이다.</w:t>
      </w:r>
    </w:p>
    <w:p>
      <w:r>
        <w:rPr>
          <w:b/>
        </w:rPr>
        <w:t>9. 가격은 10원 단위</w:t>
      </w:r>
    </w:p>
    <w:p>
      <w:r>
        <w:t>할인가는 정상가에서 할인율을 빼고 10원 단위로 맞춘다.</w:t>
      </w:r>
    </w:p>
    <w:p>
      <w:r>
        <w:rPr>
          <w:b/>
        </w:rPr>
        <w:t>10. 최신 기준만</w:t>
      </w:r>
    </w:p>
    <w:p>
      <w:r>
        <w:t>이 메모가 현재 기준이다. 이전자료의 2025년 기준표는 쓰지 않는다. 최종 가격 변경과 가격표 반영은 점포 담당자가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