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JJ마트 점포 발주 기준 메모 (MD팀장)</w:t>
      </w:r>
    </w:p>
    <w:p>
      <w:r>
        <w:t>발주 담당이 점포별 발주 추천량을 뽑을 때 쓰는 기준입니다. 이번 발주는 11월 5일(목)에 넣고 11월 6일(금)에 들어옵니다.</w:t>
      </w:r>
    </w:p>
    <w:p>
      <w:pPr>
        <w:pStyle w:val="Heading2"/>
      </w:pPr>
      <w:r>
        <w:t>1. 이번 발주가 맡는 날</w:t>
      </w:r>
    </w:p>
    <w:p>
      <w:r>
        <w:t>입고일부터 다음 입고 전까지 금·토·일 3일치를 채웁니다. 요일마다 팔리는 정도가 달라 아래 비중을 곱합니다.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요일</w:t>
            </w:r>
          </w:p>
        </w:tc>
        <w:tc>
          <w:tcPr>
            <w:tcW w:type="dxa" w:w="1080"/>
          </w:tcPr>
          <w:p>
            <w:r>
              <w:t>월</w:t>
            </w:r>
          </w:p>
        </w:tc>
        <w:tc>
          <w:tcPr>
            <w:tcW w:type="dxa" w:w="1080"/>
          </w:tcPr>
          <w:p>
            <w:r>
              <w:t>화</w:t>
            </w:r>
          </w:p>
        </w:tc>
        <w:tc>
          <w:tcPr>
            <w:tcW w:type="dxa" w:w="1080"/>
          </w:tcPr>
          <w:p>
            <w:r>
              <w:t>수</w:t>
            </w:r>
          </w:p>
        </w:tc>
        <w:tc>
          <w:tcPr>
            <w:tcW w:type="dxa" w:w="1080"/>
          </w:tcPr>
          <w:p>
            <w:r>
              <w:t>목</w:t>
            </w:r>
          </w:p>
        </w:tc>
        <w:tc>
          <w:tcPr>
            <w:tcW w:type="dxa" w:w="1080"/>
          </w:tcPr>
          <w:p>
            <w:r>
              <w:t>금</w:t>
            </w:r>
          </w:p>
        </w:tc>
        <w:tc>
          <w:tcPr>
            <w:tcW w:type="dxa" w:w="1080"/>
          </w:tcPr>
          <w:p>
            <w:r>
              <w:t>토</w:t>
            </w:r>
          </w:p>
        </w:tc>
        <w:tc>
          <w:tcPr>
            <w:tcW w:type="dxa" w:w="1080"/>
          </w:tcPr>
          <w:p>
            <w:r>
              <w:t>일</w:t>
            </w:r>
          </w:p>
        </w:tc>
      </w:tr>
      <w:tr>
        <w:tc>
          <w:tcPr>
            <w:tcW w:type="dxa" w:w="1080"/>
          </w:tcPr>
          <w:p>
            <w:r>
              <w:t>비중</w:t>
            </w:r>
          </w:p>
        </w:tc>
        <w:tc>
          <w:tcPr>
            <w:tcW w:type="dxa" w:w="1080"/>
          </w:tcPr>
          <w:p>
            <w:r>
              <w:t>0.80</w:t>
            </w:r>
          </w:p>
        </w:tc>
        <w:tc>
          <w:tcPr>
            <w:tcW w:type="dxa" w:w="1080"/>
          </w:tcPr>
          <w:p>
            <w:r>
              <w:t>0.80</w:t>
            </w:r>
          </w:p>
        </w:tc>
        <w:tc>
          <w:tcPr>
            <w:tcW w:type="dxa" w:w="1080"/>
          </w:tcPr>
          <w:p>
            <w:r>
              <w:t>0.85</w:t>
            </w:r>
          </w:p>
        </w:tc>
        <w:tc>
          <w:tcPr>
            <w:tcW w:type="dxa" w:w="1080"/>
          </w:tcPr>
          <w:p>
            <w:r>
              <w:t>0.90</w:t>
            </w:r>
          </w:p>
        </w:tc>
        <w:tc>
          <w:tcPr>
            <w:tcW w:type="dxa" w:w="1080"/>
          </w:tcPr>
          <w:p>
            <w:r>
              <w:t>1.05</w:t>
            </w:r>
          </w:p>
        </w:tc>
        <w:tc>
          <w:tcPr>
            <w:tcW w:type="dxa" w:w="1080"/>
          </w:tcPr>
          <w:p>
            <w:r>
              <w:t>1.30</w:t>
            </w:r>
          </w:p>
        </w:tc>
        <w:tc>
          <w:tcPr>
            <w:tcW w:type="dxa" w:w="1080"/>
          </w:tcPr>
          <w:p>
            <w:r>
              <w:t>1.30</w:t>
            </w:r>
          </w:p>
        </w:tc>
      </w:tr>
    </w:tbl>
    <w:p>
      <w:r>
        <w:t>금·토·일 비중의 합은 3.65 입니다. (월~일 합계 7.00)</w:t>
      </w:r>
    </w:p>
    <w:p>
      <w:pPr>
        <w:pStyle w:val="Heading2"/>
      </w:pPr>
      <w:r>
        <w:t>2. 추천 발주량을 구하는 순서</w:t>
      </w:r>
    </w:p>
    <w:p>
      <w:r>
        <w:t>① 최근 4주(10/8~11/4) 판매량 합계를 판매한 날 수로 나눠 하루 평균을 구한다. 품절이었던 날은 날 수에서 뺀다(28일 − 결품일수).</w:t>
      </w:r>
    </w:p>
    <w:p>
      <w:r>
        <w:t>② 하루 평균 × 금·토·일 비중 합(3.65) × 계절 보정 × 날씨 보정 = 이번 발주로 팔릴 양(필요량).</w:t>
      </w:r>
    </w:p>
    <w:p>
      <w:r>
        <w:t>③ 필요량에 품목별 여유분(안전재고율)을 더한다. 소비기한이 짧은 품목은 여유분을 작게 잡았다.</w:t>
      </w:r>
    </w:p>
    <w:p>
      <w:r>
        <w:t>④ 여기서 지금 재고와 들어올 입고예정을 뺀다. 0 이하면 이번에는 발주하지 않는다.</w:t>
      </w:r>
    </w:p>
    <w:p>
      <w:r>
        <w:t>⑤ 남은 부족분을 품목마스터의 입수(한 박스 개수) 단위로 올려서 발주 박스 수를 정한다.</w:t>
      </w:r>
    </w:p>
    <w:p>
      <w:pPr>
        <w:pStyle w:val="Heading2"/>
      </w:pPr>
      <w:r>
        <w:t>3. 계절 보정과 날씨 보정</w:t>
      </w:r>
    </w:p>
    <w:p>
      <w:r>
        <w:t>계절 보정 = 이번 주 계절 지수 ÷ 최근 4주 계절 지수(소수 둘째 자리까지). 품목별 지수는 03_품목의 품목마스터(2026)에 있다.</w:t>
      </w:r>
    </w:p>
    <w:p>
      <w:r>
        <w:t>날씨 보정: 주말 예보 최고기온이 최근 4주 평균(15도)보다 5도 이상 낮으면 아이스크림은 0.80, 어묵은 1.10 을 곱한다. 나머지 품목은 1.00. 예보는 04_참고의 날씨 그림으로 확인한다.</w:t>
      </w:r>
    </w:p>
    <w:p>
      <w:pPr>
        <w:pStyle w:val="Heading2"/>
      </w:pPr>
      <w:r>
        <w:t>4. 발주 추천을 하지 않고 확인 필요로 두는 경우</w:t>
      </w:r>
    </w:p>
    <w:p>
      <w:pPr>
        <w:pStyle w:val="ListBullet"/>
      </w:pPr>
      <w:r>
        <w:t>신상품이라 판매가 4주가 안 된 품목</w:t>
      </w:r>
    </w:p>
    <w:p>
      <w:pPr>
        <w:pStyle w:val="ListBullet"/>
      </w:pPr>
      <w:r>
        <w:t>그 주말에 행사가 잡힌 점포·품목(행사 물량은 따로 정함)</w:t>
      </w:r>
    </w:p>
    <w:p>
      <w:pPr>
        <w:pStyle w:val="ListBullet"/>
      </w:pPr>
      <w:r>
        <w:t>현재고 칸이 비어 있어 얼마가 남았는지 모르는 품목</w:t>
      </w:r>
    </w:p>
    <w:p>
      <w:r>
        <w:t>발주중지로 바뀐 품목은 추천 대상에서 뺀다(제외).</w:t>
      </w:r>
    </w:p>
    <w:p>
      <w:pPr>
        <w:pStyle w:val="Heading2"/>
      </w:pPr>
      <w:r>
        <w:t>5. 쓰는 자료</w:t>
      </w:r>
    </w:p>
    <w:p>
      <w:pPr>
        <w:pStyle w:val="ListBullet"/>
      </w:pPr>
      <w:r>
        <w:t>판매: 01_판매의 최근 4주 판매(복사본이 아닌 원본)</w:t>
      </w:r>
    </w:p>
    <w:p>
      <w:pPr>
        <w:pStyle w:val="ListBullet"/>
      </w:pPr>
      <w:r>
        <w:t>재고: 02_재고의 재고·입고예정과 점포가 사진으로 보낸 재고 확인표</w:t>
      </w:r>
    </w:p>
    <w:p>
      <w:pPr>
        <w:pStyle w:val="ListBullet"/>
      </w:pPr>
      <w:r>
        <w:t>품목: 03_품목의 품목마스터(2026). 이전자료의 2025 구버전은 쓰지 않는다</w:t>
      </w:r>
    </w:p>
    <w:p>
      <w:pPr>
        <w:pStyle w:val="ListBullet"/>
      </w:pPr>
      <w:r>
        <w:t>폐기율 목표는 1% 미만(예시)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