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상세페이지 문구 초안 (상품명·상세페이지 문구 쓰기 결과)</w:t>
      </w:r>
    </w:p>
    <w:p>
      <w:r>
        <w:rPr>
          <w:sz w:val="18"/>
        </w:rPr>
        <w:t>※ 교육 영상 시연용 가상 자료 · JJ마트(가상)</w:t>
      </w:r>
    </w:p>
    <w:p>
      <w:r>
        <w:t>앞 업무에서 만든 상세 문구 초안입니다. 아래 문구가 등록 전 점검 대상입니다.</w:t>
      </w:r>
    </w:p>
    <w:p>
      <w:pPr>
        <w:pStyle w:val="Heading2"/>
      </w:pPr>
      <w:r>
        <w:t>식품 · 겨울 간식 선물세트 따뜻한 하루</w:t>
      </w:r>
    </w:p>
    <w:p>
      <w:pPr>
        <w:pStyle w:val="ListBullet"/>
      </w:pPr>
      <w:r>
        <w:t>겨울 감기 예방에 좋은 유자차</w:t>
      </w:r>
    </w:p>
    <w:p>
      <w:pPr>
        <w:pStyle w:val="ListBullet"/>
      </w:pPr>
      <w:r>
        <w:t>국내 판매 1위 선물세트</w:t>
      </w:r>
    </w:p>
    <w:p>
      <w:pPr>
        <w:pStyle w:val="ListBullet"/>
      </w:pPr>
      <w:r>
        <w:t>100% 국산 유자 사용</w:t>
      </w:r>
    </w:p>
    <w:p>
      <w:pPr>
        <w:pStyle w:val="ListBullet"/>
      </w:pPr>
      <w:r>
        <w:t>유자차 스틱 15개입, 한 컵에 한 개씩 타서 드세요</w:t>
      </w:r>
    </w:p>
    <w:p>
      <w:pPr>
        <w:pStyle w:val="ListBullet"/>
      </w:pPr>
      <w:r>
        <w:t>꿀호두 강정 60g 3봉 · 보리 과자 80g 2봉</w:t>
      </w:r>
    </w:p>
    <w:p>
      <w:pPr>
        <w:pStyle w:val="ListBullet"/>
      </w:pPr>
      <w:r>
        <w:t>알레르기 유발 성분: 호두 · 밀 · 대두 함유</w:t>
      </w:r>
    </w:p>
    <w:p>
      <w:pPr>
        <w:pStyle w:val="Heading2"/>
      </w:pPr>
      <w:r>
        <w:t>화장품 · 포근 핸드크림 3종 세트</w:t>
      </w:r>
    </w:p>
    <w:p>
      <w:pPr>
        <w:pStyle w:val="ListBullet"/>
      </w:pPr>
      <w:r>
        <w:t>바르면 주름이 사라지는 핸드크림</w:t>
      </w:r>
    </w:p>
    <w:p>
      <w:pPr>
        <w:pStyle w:val="ListBullet"/>
      </w:pPr>
      <w:r>
        <w:t>피부 재생을 돕는 기능성 크림</w:t>
      </w:r>
    </w:p>
    <w:p>
      <w:pPr>
        <w:pStyle w:val="ListBullet"/>
      </w:pPr>
      <w:r>
        <w:t>손 건조함을 덜어 주는 보습 핸드크림</w:t>
      </w:r>
    </w:p>
    <w:p>
      <w:pPr>
        <w:pStyle w:val="ListBullet"/>
      </w:pPr>
      <w:r>
        <w:t>핸드크림 50mL × 3개 세트</w:t>
      </w:r>
    </w:p>
    <w:p>
      <w:pPr>
        <w:pStyle w:val="ListBullet"/>
      </w:pPr>
      <w:r>
        <w:t>민감성 피부도 자극 없이 안심</w:t>
      </w:r>
    </w:p>
    <w:p>
      <w:pPr>
        <w:pStyle w:val="ListBullet"/>
      </w:pPr>
      <w:r>
        <w:t>보톡스 못지않은 탄력 케어</w:t>
      </w:r>
    </w:p>
    <w:p/>
    <w:p>
      <w:r>
        <w:t>※ 행사 배너 문구는 별도 이미지 파일에 있습니다.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