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상품 문구 주의 표현 메모 (온라인MD팀)</w:t>
      </w:r>
    </w:p>
    <w:p>
      <w:r>
        <w:rPr>
          <w:sz w:val="18"/>
        </w:rPr>
        <w:t>※ 교육 영상 시연용 가상 자료 · JJ마트(가상)</w:t>
      </w:r>
    </w:p>
    <w:p>
      <w:r>
        <w:t>상품 문구를 쓸 때 우리 팀이 지키는 원칙입니다. 법령 조문은 여기에 옮기지 않았으며, 최종 판단은 담당자·품질팀 확인(확인 필요)입니다.</w:t>
      </w:r>
    </w:p>
    <w:p>
      <w:r>
        <w:t>1. 협력사 자료나 기획 초안에 있는 사실만 쓴다. 없는 건 (확인 필요)로 남긴다.</w:t>
      </w:r>
    </w:p>
    <w:p>
      <w:r>
        <w:t>2. 병을 막거나 고친다는 말, 몸에 이롭다고 단정하는 말은 쓰지 않는다.</w:t>
      </w:r>
    </w:p>
    <w:p>
      <w:r>
        <w:t>3. 1위·최고·유일 같은 말은 근거 자료와 출처가 있을 때만 쓴다.</w:t>
      </w:r>
    </w:p>
    <w:p>
      <w:r>
        <w:t>4. 원산지·인증·수상은 증빙이 오기 전에는 쓰지 않는다.</w:t>
      </w:r>
    </w:p>
    <w:p>
      <w:r>
        <w:t>5. 할인율·가격은 상품 정보서와 등록 가격 그대로 쓴다.</w:t>
      </w:r>
    </w:p>
    <w:p>
      <w:r>
        <w:t>6. 알레르기 정보와 보관 방법은 모든 채널에 꼭 넣는다.</w:t>
      </w:r>
    </w:p>
    <w:p>
      <w:r>
        <w:t>7. 숫자(무게·개수)는 직접 더해서 확인한다.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이런 말은</w:t>
            </w:r>
          </w:p>
        </w:tc>
        <w:tc>
          <w:tcPr>
            <w:tcW w:type="dxa" w:w="2880"/>
          </w:tcPr>
          <w:p>
            <w:r>
              <w:t>이유</w:t>
            </w:r>
          </w:p>
        </w:tc>
        <w:tc>
          <w:tcPr>
            <w:tcW w:type="dxa" w:w="2880"/>
          </w:tcPr>
          <w:p>
            <w:r>
              <w:t>이렇게 바꾼다</w:t>
            </w:r>
          </w:p>
        </w:tc>
      </w:tr>
      <w:tr>
        <w:tc>
          <w:tcPr>
            <w:tcW w:type="dxa" w:w="2880"/>
          </w:tcPr>
          <w:p>
            <w:r>
              <w:t>감기 예방에 좋은 유자차</w:t>
            </w:r>
          </w:p>
        </w:tc>
        <w:tc>
          <w:tcPr>
            <w:tcW w:type="dxa" w:w="2880"/>
          </w:tcPr>
          <w:p>
            <w:r>
              <w:t>병을 막는다는 효능 암시</w:t>
            </w:r>
          </w:p>
        </w:tc>
        <w:tc>
          <w:tcPr>
            <w:tcW w:type="dxa" w:w="2880"/>
          </w:tcPr>
          <w:p>
            <w:r>
              <w:t>유자차 스틱, 따뜻하게 타서 한 잔</w:t>
            </w:r>
          </w:p>
        </w:tc>
      </w:tr>
      <w:tr>
        <w:tc>
          <w:tcPr>
            <w:tcW w:type="dxa" w:w="2880"/>
          </w:tcPr>
          <w:p>
            <w:r>
              <w:t>면역력을 높여 주는 간식</w:t>
            </w:r>
          </w:p>
        </w:tc>
        <w:tc>
          <w:tcPr>
            <w:tcW w:type="dxa" w:w="2880"/>
          </w:tcPr>
          <w:p>
            <w:r>
              <w:t>건강 효능 단정</w:t>
            </w:r>
          </w:p>
        </w:tc>
        <w:tc>
          <w:tcPr>
            <w:tcW w:type="dxa" w:w="2880"/>
          </w:tcPr>
          <w:p>
            <w:r>
              <w:t>(삭제) 맛과 구성만 설명</w:t>
            </w:r>
          </w:p>
        </w:tc>
      </w:tr>
      <w:tr>
        <w:tc>
          <w:tcPr>
            <w:tcW w:type="dxa" w:w="2880"/>
          </w:tcPr>
          <w:p>
            <w:r>
              <w:t>국내 판매 1위 선물세트</w:t>
            </w:r>
          </w:p>
        </w:tc>
        <w:tc>
          <w:tcPr>
            <w:tcW w:type="dxa" w:w="2880"/>
          </w:tcPr>
          <w:p>
            <w:r>
              <w:t>순위 자료 없음</w:t>
            </w:r>
          </w:p>
        </w:tc>
        <w:tc>
          <w:tcPr>
            <w:tcW w:type="dxa" w:w="2880"/>
          </w:tcPr>
          <w:p>
            <w:r>
              <w:t>(삭제) 자료가 생기면 출처와 함께</w:t>
            </w:r>
          </w:p>
        </w:tc>
      </w:tr>
      <w:tr>
        <w:tc>
          <w:tcPr>
            <w:tcW w:type="dxa" w:w="2880"/>
          </w:tcPr>
          <w:p>
            <w:r>
              <w:t>100% 국산 유자 사용</w:t>
            </w:r>
          </w:p>
        </w:tc>
        <w:tc>
          <w:tcPr>
            <w:tcW w:type="dxa" w:w="2880"/>
          </w:tcPr>
          <w:p>
            <w:r>
              <w:t>원산지 아직 확인 중</w:t>
            </w:r>
          </w:p>
        </w:tc>
        <w:tc>
          <w:tcPr>
            <w:tcW w:type="dxa" w:w="2880"/>
          </w:tcPr>
          <w:p>
            <w:r>
              <w:t>(확인 필요) 원산지 답을 받은 뒤</w:t>
            </w:r>
          </w:p>
        </w:tc>
      </w:tr>
      <w:tr>
        <w:tc>
          <w:tcPr>
            <w:tcW w:type="dxa" w:w="2880"/>
          </w:tcPr>
          <w:p>
            <w:r>
              <w:t>품질 인증 시설에서 제조</w:t>
            </w:r>
          </w:p>
        </w:tc>
        <w:tc>
          <w:tcPr>
            <w:tcW w:type="dxa" w:w="2880"/>
          </w:tcPr>
          <w:p>
            <w:r>
              <w:t>인증 자료 없음</w:t>
            </w:r>
          </w:p>
        </w:tc>
        <w:tc>
          <w:tcPr>
            <w:tcW w:type="dxa" w:w="2880"/>
          </w:tcPr>
          <w:p>
            <w:r>
              <w:t>(확인 필요) 인증서를 받은 뒤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