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상품명·핵심 문구·상세 설명 초안 — 겨울 간식 선물세트 따뜻한 하루</w:t>
      </w:r>
    </w:p>
    <w:p>
      <w:r>
        <w:rPr>
          <w:sz w:val="18"/>
        </w:rPr>
        <w:t>※ 교육 영상 시연용 가상 자료 · JJ마트(가상)</w:t>
      </w:r>
    </w:p>
    <w:p>
      <w:pPr>
        <w:pStyle w:val="Heading2"/>
      </w:pPr>
      <w:r>
        <w:t>자사몰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상품명 후보</w:t>
            </w:r>
          </w:p>
        </w:tc>
        <w:tc>
          <w:tcPr>
            <w:tcW w:type="dxa" w:w="4320"/>
          </w:tcPr>
          <w:p>
            <w:r>
              <w:t>글자 수</w:t>
            </w:r>
          </w:p>
        </w:tc>
      </w:tr>
      <w:tr>
        <w:tc>
          <w:tcPr>
            <w:tcW w:type="dxa" w:w="4320"/>
          </w:tcPr>
          <w:p>
            <w:r>
              <w:t>따뜻한 하루 겨울 간식 선물세트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JJ마트 따뜻한 하루 유자차 간식 세트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겨울 안부 선물 따뜻한 하루 세트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</w:tbl>
    <w:p>
      <w:r>
        <w:t>한 줄 문구: 차 한 잔과 달콤한 간식으로 전하는 따뜻한 안부</w:t>
      </w:r>
    </w:p>
    <w:p>
      <w:pPr>
        <w:pStyle w:val="ListBullet"/>
      </w:pPr>
      <w:r>
        <w:t>유자차 스틱 15개입, 한 컵에 한 개씩 타서 드세요</w:t>
      </w:r>
    </w:p>
    <w:p>
      <w:pPr>
        <w:pStyle w:val="ListBullet"/>
      </w:pPr>
      <w:r>
        <w:t>꿀호두 강정 60g 3봉 · 보리 과자 80g 2봉, 나눠 먹기 좋은 소포장</w:t>
      </w:r>
    </w:p>
    <w:p>
      <w:pPr>
        <w:pStyle w:val="ListBullet"/>
      </w:pPr>
      <w:r>
        <w:t>손잡이 달린 종이 상자에 담겨 있어 그대로 선물 가능</w:t>
      </w:r>
    </w:p>
    <w:p>
      <w:r>
        <w:t>소개: 연말에 안부를 전하기 좋은 간식 세트입니다. 유자차 스틱과 꿀호두 강정, 보리 과자를 한 상자에 담았습니다.</w:t>
      </w:r>
    </w:p>
    <w:p>
      <w:r>
        <w:t>구성: 유자차 스틱 12g × 15개, 꿀호두 강정 60g × 3봉, 보리 과자 80g × 2봉 (총 520g)</w:t>
      </w:r>
    </w:p>
    <w:p>
      <w:r>
        <w:t>이용 안내: 유자차 스틱 1개를 뜨거운 물 150mL(한 컵)에 타서 저어 드세요. 알레르기 유발 성분: 호두 · 밀 · 대두 함유. 보관: 직사광선을 피해 서늘하고 건조한 곳에 보관. 유통기한: 제조일로부터 6개월.</w:t>
      </w:r>
    </w:p>
    <w:p>
      <w:pPr>
        <w:pStyle w:val="Heading2"/>
      </w:pPr>
      <w:r>
        <w:t>오픈마켓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상품명 후보</w:t>
            </w:r>
          </w:p>
        </w:tc>
        <w:tc>
          <w:tcPr>
            <w:tcW w:type="dxa" w:w="4320"/>
          </w:tcPr>
          <w:p>
            <w:r>
              <w:t>글자 수</w:t>
            </w:r>
          </w:p>
        </w:tc>
      </w:tr>
      <w:tr>
        <w:tc>
          <w:tcPr>
            <w:tcW w:type="dxa" w:w="4320"/>
          </w:tcPr>
          <w:p>
            <w:r>
              <w:t>JJ마트 겨울 선물세트 유자차 꿀호두강정 보리과자 간식세트 520g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[JJ마트] 따뜻한 하루 겨울 간식 선물세트 유자차 호두강정 3종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연말 인사 답례 선물 유자차 호두강정 보리과자 3종 구성 세트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</w:tbl>
    <w:p>
      <w:pPr>
        <w:pStyle w:val="ListBullet"/>
      </w:pPr>
      <w:r>
        <w:t>유자차+간식 3종 520g</w:t>
      </w:r>
    </w:p>
    <w:p>
      <w:pPr>
        <w:pStyle w:val="ListBullet"/>
      </w:pPr>
      <w:r>
        <w:t>손잡이 상자 포장 완료</w:t>
      </w:r>
    </w:p>
    <w:p>
      <w:pPr>
        <w:pStyle w:val="ListBullet"/>
      </w:pPr>
      <w:r>
        <w:t>알레르기 정보 상세 표기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구성</w:t>
            </w:r>
          </w:p>
        </w:tc>
        <w:tc>
          <w:tcPr>
            <w:tcW w:type="dxa" w:w="4320"/>
          </w:tcPr>
          <w:p>
            <w:r>
              <w:t>유자차 스틱 15개 · 꿀호두 강정 3봉 · 보리 과자 2봉</w:t>
            </w:r>
          </w:p>
        </w:tc>
      </w:tr>
      <w:tr>
        <w:tc>
          <w:tcPr>
            <w:tcW w:type="dxa" w:w="4320"/>
          </w:tcPr>
          <w:p>
            <w:r>
              <w:t>총 내용량</w:t>
            </w:r>
          </w:p>
        </w:tc>
        <w:tc>
          <w:tcPr>
            <w:tcW w:type="dxa" w:w="4320"/>
          </w:tcPr>
          <w:p>
            <w:r>
              <w:t>520g</w:t>
            </w:r>
          </w:p>
        </w:tc>
      </w:tr>
      <w:tr>
        <w:tc>
          <w:tcPr>
            <w:tcW w:type="dxa" w:w="4320"/>
          </w:tcPr>
          <w:p>
            <w:r>
              <w:t>알레르기</w:t>
            </w:r>
          </w:p>
        </w:tc>
        <w:tc>
          <w:tcPr>
            <w:tcW w:type="dxa" w:w="4320"/>
          </w:tcPr>
          <w:p>
            <w:r>
              <w:t>호두 · 밀 · 대두 함유</w:t>
            </w:r>
          </w:p>
        </w:tc>
      </w:tr>
      <w:tr>
        <w:tc>
          <w:tcPr>
            <w:tcW w:type="dxa" w:w="4320"/>
          </w:tcPr>
          <w:p>
            <w:r>
              <w:t>보관</w:t>
            </w:r>
          </w:p>
        </w:tc>
        <w:tc>
          <w:tcPr>
            <w:tcW w:type="dxa" w:w="4320"/>
          </w:tcPr>
          <w:p>
            <w:r>
              <w:t>직사광선을 피해 서늘하고 건조한 곳에 보관</w:t>
            </w:r>
          </w:p>
        </w:tc>
      </w:tr>
      <w:tr>
        <w:tc>
          <w:tcPr>
            <w:tcW w:type="dxa" w:w="4320"/>
          </w:tcPr>
          <w:p>
            <w:r>
              <w:t>유통기한</w:t>
            </w:r>
          </w:p>
        </w:tc>
        <w:tc>
          <w:tcPr>
            <w:tcW w:type="dxa" w:w="4320"/>
          </w:tcPr>
          <w:p>
            <w:r>
              <w:t>제조일로부터 6개월</w:t>
            </w:r>
          </w:p>
        </w:tc>
      </w:tr>
      <w:tr>
        <w:tc>
          <w:tcPr>
            <w:tcW w:type="dxa" w:w="4320"/>
          </w:tcPr>
          <w:p>
            <w:r>
              <w:t>포장</w:t>
            </w:r>
          </w:p>
        </w:tc>
        <w:tc>
          <w:tcPr>
            <w:tcW w:type="dxa" w:w="4320"/>
          </w:tcPr>
          <w:p>
            <w:r>
              <w:t>가로 28 × 세로 20 × 높이 9cm</w:t>
            </w:r>
          </w:p>
        </w:tc>
      </w:tr>
    </w:tbl>
    <w:p>
      <w:pPr>
        <w:pStyle w:val="Heading2"/>
      </w:pPr>
      <w:r>
        <w:t>확인 필요</w:t>
      </w:r>
    </w:p>
    <w:p>
      <w:pPr>
        <w:pStyle w:val="ListBullet"/>
      </w:pPr>
      <w:r>
        <w:t>유자 원산지 → 협력사 답을 받은 뒤 문구에 반영</w:t>
      </w:r>
    </w:p>
    <w:p>
      <w:pPr>
        <w:pStyle w:val="ListBullet"/>
      </w:pPr>
      <w:r>
        <w:t>친환경·품질 인증 여부 → 협력사 답을 받은 뒤 문구에 반영</w:t>
      </w:r>
    </w:p>
    <w:p>
      <w:pPr>
        <w:pStyle w:val="ListBullet"/>
      </w:pPr>
      <w:r>
        <w:t>판매 순위 자료 → 협력사 답을 받은 뒤 문구에 반영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