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협력사 통화 메모 — 설 선물세트 포장 콘셉트</w:t>
      </w:r>
    </w:p>
    <w:p>
      <w:r>
        <w:rPr>
          <w:color w:val="C0392B"/>
          <w:sz w:val="18"/>
        </w:rPr>
        <w:t>교육 영상 시연용 가상 자료 · 실제 회사와 무관</w:t>
      </w:r>
    </w:p>
    <w:p>
      <w:r>
        <w:t>윤서진 MD 메모 (사내 회의 전, 말로 들은 내용을 적은 것)</w:t>
      </w:r>
    </w:p>
    <w:p>
      <w:pPr>
        <w:pStyle w:val="ListBullet"/>
      </w:pPr>
      <w:r>
        <w:t>고급스럽게 보이되 너무 비싸 보이지는 않게</w:t>
      </w:r>
    </w:p>
    <w:p>
      <w:pPr>
        <w:pStyle w:val="ListBullet"/>
      </w:pPr>
      <w:r>
        <w:t>친환경 포장이면 좋겠다고 함</w:t>
      </w:r>
    </w:p>
    <w:p>
      <w:pPr>
        <w:pStyle w:val="ListBullet"/>
      </w:pPr>
      <w:r>
        <w:t>가격은 3만원대 후반으로 생각 중</w:t>
      </w:r>
    </w:p>
    <w:p>
      <w:pPr>
        <w:pStyle w:val="ListBullet"/>
      </w:pPr>
      <w:r>
        <w:t>견과는 6종, 한과는 4종 정도 넣고 싶어 함</w:t>
      </w:r>
    </w:p>
    <w:p>
      <w:pPr>
        <w:pStyle w:val="ListBullet"/>
      </w:pPr>
      <w:r>
        <w:t>포장은 속을 보호하려고 3겹으로 하자고 함</w:t>
      </w:r>
    </w:p>
    <w:p>
      <w:r>
        <w:t>윤서진 MD 쪽 생각: 부담 없이 고를 수 있는 가격, 눈에 띄는 외관</w:t>
      </w:r>
    </w:p>
    <w:p>
      <w:r>
        <w:t>정민호 과장 쪽 말: 한지 느낌의 큰 상자로 프리미엄을 보여 주고 싶다. 납품가는 30,000원 정도면 맞출 수 있다.</w:t>
      </w:r>
    </w:p>
    <w:p>
      <w:r>
        <w:t>→ 서로 말한 가격대, 포장 겹수, 구성 개수가 맞는지 아직 확인하지 않음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