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선물세트 기획 초안 · 협력사 요청서 양식</w:t>
      </w:r>
    </w:p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2"/>
      </w:pPr>
      <w:r>
        <w:t>1. 기획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콘셉트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구성(개수·품목)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판매가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납품가 상한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포장 방향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확인 필요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</w:tbl>
    <w:p>
      <w:pPr>
        <w:pStyle w:val="Heading2"/>
      </w:pPr>
      <w:r>
        <w:t>2. 협력사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  <w:r>
              <w:rPr>
                <w:rFonts w:ascii="맑은 고딕" w:hAnsi="맑은 고딕"/>
                <w:b/>
                <w:sz w:val="21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수량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구성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납품가 상한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포장비 상한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포장 조건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시안 회신 기한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납기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  <w:t>물어볼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