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총무과 주간업무</w:t>
      </w:r>
    </w:p>
    <w:p>
      <w:r>
        <w:t>11일(수)에 청사 소방 정기 점검을 마쳤고, 12일(목)에는 직원 안전 교육을 진행했습니다(참석 220명). 공용 회의실 예약표도 새로 정리했습니다.</w:t>
      </w:r>
    </w:p>
    <w:p>
      <w:r>
        <w:t>다음 주 월요일(16일) 간부회의에 맞춰 주간보고를 배포할 예정입니다.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