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8"/>
        </w:rPr>
        <w:t>교육 영상 시연용 가상 자료 · 실제 기관과 무관</w:t>
      </w:r>
    </w:p>
    <w:p>
      <w:pPr>
        <w:pStyle w:val="Heading1"/>
      </w:pPr>
      <w:r>
        <w:t>기관 주간보고 취합 기준 — 기획·총무 부서 메모</w:t>
      </w:r>
    </w:p>
    <w:p>
      <w:r>
        <w:t>JJ시청(가상) · 대상: 11월 9일(월)~11월 13일(금) · 간부회의 11월 16일(월) · 부서 제출 마감 11월 13일(금) 정오</w:t>
      </w:r>
    </w:p>
    <w:p>
      <w:r>
        <w:rPr>
          <w:b/>
        </w:rPr>
        <w:t>1. 부서마다 양식이 달라도 한 양식으로</w:t>
      </w:r>
    </w:p>
    <w:p>
      <w:r>
        <w:t>금주 실적과 차주 계획을 부서·업무·상태·날짜 칸으로 옮긴다. 부서가 쓴 글을 바꿔 쓰지 말고, 뜻이 같은 말로만 줄인다.</w:t>
      </w:r>
    </w:p>
    <w:p>
      <w:r>
        <w:rPr>
          <w:b/>
        </w:rPr>
        <w:t>2. 날짜는 «11월 12일(목)» 모양으로</w:t>
      </w:r>
    </w:p>
    <w:p>
      <w:r>
        <w:t>«11/12», «11.12», «12일», «목요일»처럼 달라도 이번 주(11월 9일~13일)·다음 주(11월 16일~20일) 날짜로 맞춘다. 요일이 날짜와 안 맞으면 확인 필요.</w:t>
      </w:r>
    </w:p>
    <w:p>
      <w:r>
        <w:rPr>
          <w:b/>
        </w:rPr>
        <w:t>3. 상태는 3가지로</w:t>
      </w:r>
    </w:p>
    <w:p>
      <w:r>
        <w:t>완료 / 진행 중 / 예정. «끝», «했음», «○», «진행중», «62%»는 이 세 가지로 맞춘다. 진행률은 숫자를 그대로 적는다.</w:t>
      </w:r>
    </w:p>
    <w:p>
      <w:r>
        <w:rPr>
          <w:b/>
        </w:rPr>
        <w:t>4. 같은 일을 두 부서가 적었으면 한 줄로</w:t>
      </w:r>
    </w:p>
    <w:p>
      <w:r>
        <w:t>관련 부서를 함께 적는다. 두 부서의 내용(날짜·건수·금액)이 다르면 한쪽을 고르지 말고 «확인 필요»에 둘 다 적는다.</w:t>
      </w:r>
    </w:p>
    <w:p>
      <w:r>
        <w:rPr>
          <w:b/>
        </w:rPr>
        <w:t>5. 빈 칸은 채우지 않는다</w:t>
      </w:r>
    </w:p>
    <w:p>
      <w:r>
        <w:t>차주 계획이나 날짜가 비어 있으면 짐작해서 쓰지 말고 «확인 필요».</w:t>
      </w:r>
    </w:p>
    <w:p>
      <w:r>
        <w:rPr>
          <w:b/>
        </w:rPr>
        <w:t>6. 확정된 것만 확정으로</w:t>
      </w:r>
    </w:p>
    <w:p>
      <w:r>
        <w:t>회의에서 결정된 것만 «한다/했다»로 쓴다. 검토 중인 것(예: 예비비, 정비비)은 «검토 중»으로 쓴다. 앞 업무 결과의 결정사항·보도 일정과 어긋나면 확인 필요.</w:t>
      </w:r>
    </w:p>
    <w:p>
      <w:r>
        <w:rPr>
          <w:b/>
        </w:rPr>
        <w:t>7. 지난주 파일·복사본은 쓰지 않는다</w:t>
      </w:r>
    </w:p>
    <w:p>
      <w:r>
        <w:t>이번 주(11월 2주차) 파일만 쓴다. 복사본은 원본과 같으면 한 번만 센다.</w:t>
      </w:r>
    </w:p>
    <w:p>
      <w:r>
        <w:rPr>
          <w:b/>
        </w:rPr>
        <w:t>8. 숫자는 맞춰 본다</w:t>
      </w:r>
    </w:p>
    <w:p>
      <w:r>
        <w:t>부서가 낸 실적 줄 = 합친 실적 줄 + 한 줄로 합쳐져 줄어든 줄. 계획 줄과 확인 필요 건수도 세어 적는다.</w:t>
      </w:r>
    </w:p>
    <w:p>
      <w:r>
        <w:rPr>
          <w:b/>
        </w:rPr>
        <w:t>9. 주요 현안은 5개 이내, 1쪽</w:t>
      </w:r>
    </w:p>
    <w:p>
      <w:r>
        <w:t>간부가 알아야 할 순서로. 확인 필요가 남은 현안은 그 사실을 같이 적는다.</w:t>
      </w:r>
    </w:p>
    <w:p>
      <w:r>
        <w:rPr>
          <w:b/>
        </w:rPr>
        <w:t>10. 사람 이름·연락처는 넣지 않는다</w:t>
      </w:r>
    </w:p>
    <w:p>
      <w:r>
        <w:t>부서 이름까지만 적는다.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