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/>
    <w:p>
      <w:pPr>
        <w:pStyle w:val="Heading1"/>
      </w:pPr>
      <w:r>
        <w:t>보조금 정산 보완 요청 (공문 양식)</w:t>
      </w:r>
    </w:p>
    <w:p>
      <w:r>
        <w:t>수신: (단체명) 대표님</w:t>
        <w:br/>
        <w:t>발신: JJ시청 보조금 담당 부서(가상)</w:t>
        <w:br/>
        <w:t>제목: 2026년 JJ시 민간단체 지역활동 지원 보조금 정산 서류 보완 요청</w:t>
      </w:r>
    </w:p>
    <w:p>
      <w:r>
        <w:t>1. 귀 단체의 정산 서류를 검토한 결과 아래 사항의 보완이 필요하여 요청합니다.</w:t>
      </w:r>
    </w:p>
    <w:p>
      <w:r>
        <w:t>2. 보완 요청 사항: (지출 줄 / 사유 / 필요한 서류)</w:t>
      </w:r>
    </w:p>
    <w:p>
      <w:r>
        <w:t>3. 제출 기한: (확인 필요)    붙임: 보완 요청 사항 1부</w:t>
      </w:r>
    </w:p>
    <w:p>
      <w:r>
        <w:t>※ 이 공문은 담당자가 검토하고 결재한 뒤에 발송합니다.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