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81414"/>
          <w:sz w:val="18"/>
        </w:rPr>
        <w:t>교육 영상 시연용 가상 자료 · 가상 지자체·가상 참석자(가명)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회의록 (AI 초안 · 작성자 검토 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어린이 놀이터 안전점검 결과 및 정비 계획 회의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일시·장소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2026년 11월 10일(화) 14:00 · JJ시청 3층 소회의실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참석자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 과장, 마서윤 주무관, 모하늘 팀장, 서지안 주무관, 반우진 과장, 변다온 주무관 (6명)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작성자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 (검토 전)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1. 안건별 발언 요지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안건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발언 요지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점검 결과 보고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관내 놀이터 38곳 점검: 위험 9곳 · 주의 14곳 · 양호 15곳. 위험 9곳은 미끄럼틀 균열 4 · 그네 체인 마모 3 · 바닥재 파손 2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 우선순위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이용이 많은 4곳(한솔근린·새솔어울림·구암시장옆·[이름 확인 필요])을 먼저 정비. 안전총괄과 동의. 위험 9곳 전부 사용 중지 안내문 먼저 부착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예산과 후속 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4곳 개략 견적 6,800만 원. 올해 남은 예산은 빠듯해 예비비 사용 여부 검토. 정식 견적 재수령, 주민 안내, 정비 후 합동 재점검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2. 결정사항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결정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9곳 중 이용이 많은 4곳을 올해 12월 말까지 먼저 정비한다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9곳 전부에 사용 중지 안내문을 붙인다 (기한 11월 13일)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 후 재점검은 공원녹지과와 안전총괄과가 함께 나간다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3. 아직 결정되지 않은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구분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나머지 5곳 정비는 내년 1분기가 목표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예산이 나와 봐야 알 수 있어 결정이 아님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정비비 재원으로 예비비를 쓸 수 있는지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예산담당관실이 검토 중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4. 후속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기한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9곳 사용 중지 안내문 부착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반우진(시설관리공단)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13일(금)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「이번 주 금요일」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예비비 사용 가능 여부 검토 후 회신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서지안(예산담당관실)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18일(수)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「다음 주 수요일」 · 이름 표기 확인 필요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우선 정비 4곳 업체 정식 견적 수령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마서윤(공원녹지과)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20일(금)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「다음 주 금요일」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동 소식지·게시판에 주민 안내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변다온(한솔동 주민센터) (확인 필요)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「확인해 보고 말씀드리겠습니다」 — 확정 아님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 후 합동 재점검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 · 안전총괄과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공사 끝나는 날 보고 정함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5. 작성자 확인 필요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누구에게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네 번째 우선 정비 놀이터 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녹음에서 잘 안 들려 받아쓴 글에 이름이 비어 있음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시설관리공단 반우진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 담당 주무관 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참석자 명단은 «서지안», 받아쓴 글에 «서지완»이 한 번 나옴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예산담당관실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주민 안내 담당·기한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주민센터가 «확인해 보고» 라고만 했고 날짜는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한솔동 주민센터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합동 재점검 날짜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공사 끝나는 날 보고 정하기로 해서 날짜가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안전총괄과 모하늘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«이번 주»·«다음 주» 날짜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회의일 기준으로 바꾼 날짜(11/13·11/18·11/20)가 달력과 맞는지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회의록 작성자</w:t>
            </w:r>
          </w:p>
        </w:tc>
      </w:tr>
    </w:tbl>
    <w:p/>
    <w:p>
      <w:r>
        <w:t>이 회의록은 AI가 만든 초안입니다. 확정은 회의 주관 부서 담당자가 받아쓴 글과 대조한 뒤에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