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C81414"/>
          <w:sz w:val="18"/>
        </w:rPr>
        <w:t>교육 영상 시연용 가상 자료 · 가상 지자체·가상 참석자(가명)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어린이 놀이터 안전점검 결과 및 정비 계획 회의 녹음 받아쓴 글</w:t>
      </w:r>
    </w:p>
    <w:p>
      <w:r>
        <w:t>11월 10일(화) 14:00 · JJ시청 3층 소회의실 · 받아쓰기 도구로 글로 옮긴 원본입니다. 고치지 않은 상태이고 «[잘 안 들림]»은 녹음이 잘 안 들린 곳입니다.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시각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발언자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말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00:00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자, 시간 됐으니까 시작하겠습니다. 오늘 날이 많이 추워졌죠. 어, 안건은 세 가지입니다. 놀이터 점검 결과 보고하고, 정비 우선순위 정하고, 예산이랑 후속 조치 보고 마치겠습니다. 회의록은 마서윤 주무관이 정리합니다.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00:50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마서윤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네, 점검 결과 말씀드리겠습니다. 10월에 관내 어린이 놀이터 서른여덟 곳을 전부 점검했습니다. 결과는 위험 아홉 곳, 주의 열네 곳, 양호 열다섯 곳입니다.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02:10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모하늘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위험 아홉 곳은 어떤 내용인가요?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02:25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마서윤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미끄럼틀 균열이 네 곳, 그네 체인 마모가 세 곳, 바닥 충격흡수재 파손이 두 곳입니다. 합쳐서 아홉 곳입니다.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03:50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아홉 곳을 한꺼번에 하면 좋은데 예산이 문제죠. 어떻게 하면 좋겠습니까?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04:20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반우진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아이들이 많이 이용하는 곳부터 하는 게 맞습니다. 한솔근린놀이터, 새솔어울림놀이터, 구암시장옆놀이터, 그리고 [잘 안 들림]놀이터, 이 네 곳이 하루 이용이 제일 많습니다.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05:10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모하늘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저희 안전총괄과도 그 네 곳 먼저 하는 데 동의합니다.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05:30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그럼 그 네 곳을 올해 안에, 12월 말까지 먼저 정비하는 걸로 정하겠습니다. 이의 없으시죠? (일동 네)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06:20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나머지 다섯 곳은 내년 1분기쯤 하면 좋겠는데, 이건 예산이 나와 봐야 알겠죠. 일단 목표로만 두겠습니다.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07:00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변다온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그 사이에 아이들이 위험한 놀이터에서 놀면 안 되니까, 아홉 곳 전부 사용 중지 안내문을 먼저 붙였으면 합니다.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07:40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반우진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그건 저희 공단에서 붙일 수 있습니다. 이번 주 금요일까지 붙이겠습니다.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08:10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좋습니다. 아홉 곳 전부, 금요일까지 안내문 부착으로 하겠습니다.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09:00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서지안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정비비는 얼마나 예상하세요?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09:15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마서윤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업체 개략 견적으로 네 곳에 6천8백만 원 정도입니다.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09:50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서지안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올해 남은 예산으로는 빠듯해서요, 예비비를 쓸 수 있는지 검토해 보겠습니다. 다음 주 수요일까지 회신드리겠습니다.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네, 예비비 검토는 서지완 주무관님이 다음 주 수요일까지 회신해 주시고요.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업체 견적은 정식으로 다시 받아야겠죠. 마 주무관이 다음 주 금요일까지 네 곳 견적 받아 주세요.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11:40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마서윤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알겠습니다.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12:10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그리고 동네 주민들께도 알려야 하는데, 동 소식지나 게시판에 올리는 건 주민센터에서 해 주실 수 있나요?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변다온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네, 확인해 보고 말씀드리겠습니다.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13:00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모하늘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정비 끝나면 재점검은 저희 안전총괄과가 같이 나가겠습니다. 날짜는 공사 끝나는 날 보고 정하죠.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13:30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구도현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네, 좋습니다. 다른 의견 없으시면 마치겠습니다. 수고하셨습니다.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