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일탈 보고서 DV-2025-087 (지난 보고서 — 말투만 참고)</w:t>
      </w:r>
    </w:p>
    <w:p>
      <w:r>
        <w:rPr>
          <w:sz w:val="22"/>
        </w:rPr>
        <w:t>JJ바이오팜 QA팀 · 건조기 D-01 · 제품 JB-340 · 2025년 6월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경위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건조 공정 중 온도가 상한을 약 3℃ 넘어 12분간 유지되었다.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영향 평가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시험 결과 규격 이내. 타 배치 영향 없음.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원인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가열 밸브 고착 (확정)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D-01 밸브 교체, 점검 주기를 6개월에서 3개월로 단축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분류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경미</w:t>
            </w:r>
          </w:p>
        </w:tc>
      </w:tr>
    </w:tbl>
    <w:p>
      <w:r>
        <w:rPr>
          <w:color w:val="C81414"/>
          <w:sz w:val="22"/>
        </w:rPr>
        <w:t>※ 내부 메모가 남아 있음: 작업자 «차세나»가 알람을 껐다고 진술함. 담당 정비사 연락처 010-0000-0000(가상).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