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8D 보고서 CL-2607-014 (앞업무결과)</w:t>
      </w:r>
    </w:p>
    <w:p>
      <w:r>
        <w:t>교육 영상 시연용 가상 자료 (JJ정밀·한빛모터스·새론오토는 모두 가상입니다)</w:t>
      </w:r>
    </w:p>
    <w:p>
      <w:r>
        <w:t>고객: 한빛모터스(가상) / 접수일: 2026-07-13 / 부품: 엔진 마운트 브래킷(HM-EMB-2210)</w:t>
      </w:r>
    </w:p>
    <w:p>
      <w:r>
        <w:t>D2 문제 설명: 한빛모터스(가상) 조립라인에서 엔진 마운트 브래킷(HM-EMB-2210) 800개 중 14개가 장착 구멍에서 볼트가 걸려 체결되지 않음. 불량률 17,500 PPM. 클레임 접수 2026-07-13 (월).</w:t>
      </w:r>
    </w:p>
    <w:p>
      <w:r>
        <w:t>D3 임시 조치:</w:t>
      </w:r>
    </w:p>
    <w:p>
      <w:r>
        <w:t>- 고객 보유 의심 로트 L-0708-B·L-0709 합 4,000개: 고객 선별 요청 (확인 필요: 고객 선별 가능 여부)</w:t>
      </w:r>
    </w:p>
    <w:p>
      <w:r>
        <w:t>- 우리 출하 창고 L-0710 2,400개: 출하 보류 후 전수 육안 선별</w:t>
      </w:r>
    </w:p>
    <w:p>
      <w:r>
        <w:t>- 의심 로트 합계 6,400개 (트리밍 설비 PRS-03 재가동 이후 생산분)</w:t>
      </w:r>
    </w:p>
    <w:p>
      <w:r>
        <w:t>D5 영구 대책(제안):</w:t>
      </w:r>
    </w:p>
    <w:p>
      <w:r>
        <w:t>- PRS-03 수리 후 정렬 측정값을 기록해야 재가동 (제안, 확정은 보전팀장)</w:t>
      </w:r>
    </w:p>
    <w:p>
      <w:r>
        <w:t>- 트리밍 직후 버 높이 샘플 측정을 추가 (제안, 확정은 품질보증팀장)</w:t>
      </w:r>
    </w:p>
    <w:p>
      <w:r>
        <w:t>- 나래정밀에 JP-1202 슬리브 시정 조치 요청 검토 (제안, 결정은 구매품질팀장)</w:t>
      </w:r>
    </w:p>
    <w:p>
      <w:r>
        <w:t>D8 종결: 종결 기한 2026-07-27, 종결 서명일 2026-08-06 (기한보다 10일 늦음). 담당 품질보증팀.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